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0CBF1" w14:textId="77777777" w:rsidR="00617CDD" w:rsidRPr="009A14CA" w:rsidRDefault="00000000" w:rsidP="008F4D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14CA">
        <w:rPr>
          <w:rFonts w:ascii="Times New Roman" w:hAnsi="Times New Roman" w:cs="Times New Roman"/>
          <w:b/>
          <w:sz w:val="24"/>
          <w:szCs w:val="24"/>
        </w:rPr>
        <w:t>ALLEGATO B – TABELLA COMUNE DI AUTOVALUTAZIONE</w:t>
      </w:r>
    </w:p>
    <w:p w14:paraId="612C9C9D" w14:textId="42F722B1" w:rsidR="00617CDD" w:rsidRPr="009A14CA" w:rsidRDefault="00000000" w:rsidP="008F4D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14CA">
        <w:rPr>
          <w:rFonts w:ascii="Times New Roman" w:hAnsi="Times New Roman" w:cs="Times New Roman"/>
          <w:sz w:val="24"/>
          <w:szCs w:val="24"/>
        </w:rPr>
        <w:t xml:space="preserve">Procedura </w:t>
      </w:r>
      <w:r w:rsidR="009A14CA">
        <w:rPr>
          <w:rFonts w:ascii="Times New Roman" w:hAnsi="Times New Roman" w:cs="Times New Roman"/>
          <w:sz w:val="24"/>
          <w:szCs w:val="24"/>
        </w:rPr>
        <w:t xml:space="preserve"> di selezione interna </w:t>
      </w:r>
      <w:r w:rsidRPr="009A14CA">
        <w:rPr>
          <w:rFonts w:ascii="Times New Roman" w:hAnsi="Times New Roman" w:cs="Times New Roman"/>
          <w:sz w:val="24"/>
          <w:szCs w:val="24"/>
        </w:rPr>
        <w:t xml:space="preserve"> – a.s. 2026/2027  </w:t>
      </w:r>
    </w:p>
    <w:p w14:paraId="0781187E" w14:textId="77777777" w:rsidR="00617CDD" w:rsidRPr="009A14CA" w:rsidRDefault="00000000">
      <w:pPr>
        <w:rPr>
          <w:rFonts w:ascii="Times New Roman" w:hAnsi="Times New Roman" w:cs="Times New Roman"/>
          <w:sz w:val="24"/>
          <w:szCs w:val="24"/>
        </w:rPr>
      </w:pPr>
      <w:r w:rsidRPr="009A14CA">
        <w:rPr>
          <w:rFonts w:ascii="Times New Roman" w:hAnsi="Times New Roman" w:cs="Times New Roman"/>
          <w:sz w:val="24"/>
          <w:szCs w:val="24"/>
        </w:rPr>
        <w:t xml:space="preserve">Candidato/a ______________________________  Ruolo: </w:t>
      </w:r>
      <w:r w:rsidRPr="009A14CA">
        <w:rPr>
          <w:rFonts w:ascii="Segoe UI Symbol" w:hAnsi="Segoe UI Symbol" w:cs="Segoe UI Symbol"/>
          <w:sz w:val="24"/>
          <w:szCs w:val="24"/>
        </w:rPr>
        <w:t>☐</w:t>
      </w:r>
      <w:r w:rsidRPr="009A14CA">
        <w:rPr>
          <w:rFonts w:ascii="Times New Roman" w:hAnsi="Times New Roman" w:cs="Times New Roman"/>
          <w:sz w:val="24"/>
          <w:szCs w:val="24"/>
        </w:rPr>
        <w:t xml:space="preserve"> Animatore Digitale  </w:t>
      </w:r>
      <w:r w:rsidRPr="009A14CA">
        <w:rPr>
          <w:rFonts w:ascii="Segoe UI Symbol" w:hAnsi="Segoe UI Symbol" w:cs="Segoe UI Symbol"/>
          <w:sz w:val="24"/>
          <w:szCs w:val="24"/>
        </w:rPr>
        <w:t>☐</w:t>
      </w:r>
      <w:r w:rsidRPr="009A14CA">
        <w:rPr>
          <w:rFonts w:ascii="Times New Roman" w:hAnsi="Times New Roman" w:cs="Times New Roman"/>
          <w:sz w:val="24"/>
          <w:szCs w:val="24"/>
        </w:rPr>
        <w:t xml:space="preserve"> Team Innovazione Digitale</w:t>
      </w:r>
    </w:p>
    <w:p w14:paraId="4D0C02B5" w14:textId="4639FCD2" w:rsidR="00A67B05" w:rsidRDefault="00A67B05" w:rsidP="00A67B05">
      <w:pPr>
        <w:jc w:val="both"/>
        <w:rPr>
          <w:rFonts w:ascii="Times New Roman" w:hAnsi="Times New Roman" w:cs="Times New Roman"/>
          <w:sz w:val="24"/>
          <w:szCs w:val="24"/>
        </w:rPr>
      </w:pPr>
      <w:r w:rsidRPr="00D11D5F">
        <w:rPr>
          <w:rFonts w:ascii="Times New Roman" w:hAnsi="Times New Roman" w:cs="Times New Roman"/>
          <w:sz w:val="24"/>
          <w:szCs w:val="24"/>
        </w:rPr>
        <w:t>Con diretto riferimento alla</w:t>
      </w:r>
      <w:r>
        <w:rPr>
          <w:rFonts w:ascii="Times New Roman" w:hAnsi="Times New Roman" w:cs="Times New Roman"/>
          <w:sz w:val="24"/>
          <w:szCs w:val="24"/>
        </w:rPr>
        <w:t xml:space="preserve">/e </w:t>
      </w:r>
      <w:r w:rsidRPr="00D11D5F">
        <w:rPr>
          <w:rFonts w:ascii="Times New Roman" w:hAnsi="Times New Roman" w:cs="Times New Roman"/>
          <w:sz w:val="24"/>
          <w:szCs w:val="24"/>
        </w:rPr>
        <w:t xml:space="preserve"> Funzione</w:t>
      </w:r>
      <w:r>
        <w:rPr>
          <w:rFonts w:ascii="Times New Roman" w:hAnsi="Times New Roman" w:cs="Times New Roman"/>
          <w:sz w:val="24"/>
          <w:szCs w:val="24"/>
        </w:rPr>
        <w:t xml:space="preserve">/i </w:t>
      </w:r>
      <w:r w:rsidRPr="00D11D5F">
        <w:rPr>
          <w:rFonts w:ascii="Times New Roman" w:hAnsi="Times New Roman" w:cs="Times New Roman"/>
          <w:sz w:val="24"/>
          <w:szCs w:val="24"/>
        </w:rPr>
        <w:t>richiesta</w:t>
      </w:r>
      <w:r>
        <w:rPr>
          <w:rFonts w:ascii="Times New Roman" w:hAnsi="Times New Roman" w:cs="Times New Roman"/>
          <w:sz w:val="24"/>
          <w:szCs w:val="24"/>
        </w:rPr>
        <w:t xml:space="preserve">/i, </w:t>
      </w:r>
      <w:r w:rsidRPr="00124A69">
        <w:rPr>
          <w:rFonts w:ascii="Times New Roman" w:hAnsi="Times New Roman" w:cs="Times New Roman"/>
          <w:sz w:val="24"/>
          <w:szCs w:val="24"/>
        </w:rPr>
        <w:t>si prega di compilare la seguente tabella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0"/>
        <w:gridCol w:w="2160"/>
        <w:gridCol w:w="1296"/>
        <w:gridCol w:w="1296"/>
      </w:tblGrid>
      <w:tr w:rsidR="00A67B05" w:rsidRPr="0024510F" w14:paraId="22DAAC99" w14:textId="77777777" w:rsidTr="00DC4B1F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D0BC48" w14:textId="77777777" w:rsidR="00A67B05" w:rsidRPr="0024510F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b/>
                <w:sz w:val="24"/>
                <w:szCs w:val="24"/>
              </w:rPr>
              <w:t>Titoli culturali e Professionali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D410E4" w14:textId="77777777" w:rsidR="00A67B05" w:rsidRPr="0024510F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b/>
                <w:sz w:val="24"/>
                <w:szCs w:val="24"/>
              </w:rPr>
              <w:t>Punteggio attribuibile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98C288" w14:textId="77777777" w:rsidR="00A67B05" w:rsidRPr="0024510F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b/>
                <w:sz w:val="24"/>
                <w:szCs w:val="24"/>
              </w:rPr>
              <w:t>Punteggio dichiarato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6BD516" w14:textId="77777777" w:rsidR="00A67B05" w:rsidRPr="0024510F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b/>
                <w:sz w:val="24"/>
                <w:szCs w:val="24"/>
              </w:rPr>
              <w:t>Punteggio attribuito</w:t>
            </w:r>
          </w:p>
        </w:tc>
      </w:tr>
      <w:tr w:rsidR="00A67B05" w:rsidRPr="0024510F" w14:paraId="02A0D3CE" w14:textId="77777777" w:rsidTr="00DC4B1F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1C29F2" w14:textId="77777777" w:rsidR="00A67B05" w:rsidRPr="00F821CE" w:rsidRDefault="00A67B05" w:rsidP="00DC4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E">
              <w:rPr>
                <w:rFonts w:ascii="Times New Roman" w:hAnsi="Times New Roman" w:cs="Times New Roman"/>
                <w:sz w:val="24"/>
                <w:szCs w:val="24"/>
              </w:rPr>
              <w:t>Diploma di scuola superiore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8203E0" w14:textId="77777777" w:rsidR="00A67B05" w:rsidRPr="00F821CE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E">
              <w:rPr>
                <w:rFonts w:ascii="Times New Roman" w:hAnsi="Times New Roman" w:cs="Times New Roman"/>
                <w:sz w:val="24"/>
                <w:szCs w:val="24"/>
              </w:rPr>
              <w:t>5 Punti</w:t>
            </w:r>
          </w:p>
          <w:p w14:paraId="47DB95D8" w14:textId="77777777" w:rsidR="00A67B05" w:rsidRPr="00F821CE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E">
              <w:rPr>
                <w:rFonts w:ascii="Times New Roman" w:hAnsi="Times New Roman" w:cs="Times New Roman"/>
                <w:sz w:val="24"/>
                <w:szCs w:val="24"/>
              </w:rPr>
              <w:t>Max punti 10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1067C5" w14:textId="77777777" w:rsidR="00A67B05" w:rsidRPr="0024510F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69C469" w14:textId="77777777" w:rsidR="00A67B05" w:rsidRPr="0024510F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B05" w:rsidRPr="0024510F" w14:paraId="679D4F5F" w14:textId="77777777" w:rsidTr="00DC4B1F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EA2946" w14:textId="77777777" w:rsidR="00A67B05" w:rsidRPr="0024510F" w:rsidRDefault="00A67B05" w:rsidP="00DC4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Laurea magistrale e/o quinquennale o vecchio ordinamento</w:t>
            </w:r>
          </w:p>
          <w:p w14:paraId="283E5F6A" w14:textId="77777777" w:rsidR="00A67B05" w:rsidRPr="0024510F" w:rsidRDefault="00A67B05" w:rsidP="00DC4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i/>
                <w:sz w:val="24"/>
                <w:szCs w:val="24"/>
              </w:rPr>
              <w:t>• Votazione da 60 a 79: 5 Punti</w:t>
            </w:r>
          </w:p>
          <w:p w14:paraId="7BDF2F29" w14:textId="77777777" w:rsidR="00A67B05" w:rsidRPr="0024510F" w:rsidRDefault="00A67B05" w:rsidP="00DC4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i/>
                <w:sz w:val="24"/>
                <w:szCs w:val="24"/>
              </w:rPr>
              <w:t>• Votazione da 80 a 99: 6 Punti</w:t>
            </w:r>
          </w:p>
          <w:p w14:paraId="3C2126F0" w14:textId="77777777" w:rsidR="00A67B05" w:rsidRPr="0024510F" w:rsidRDefault="00A67B05" w:rsidP="00DC4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i/>
                <w:sz w:val="24"/>
                <w:szCs w:val="24"/>
              </w:rPr>
              <w:t>• Votazione da 100 a 105: 7 Punti</w:t>
            </w:r>
          </w:p>
          <w:p w14:paraId="5EDFA685" w14:textId="77777777" w:rsidR="00A67B05" w:rsidRPr="0024510F" w:rsidRDefault="00A67B05" w:rsidP="00DC4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i/>
                <w:sz w:val="24"/>
                <w:szCs w:val="24"/>
              </w:rPr>
              <w:t>• Votazione da 106 a 109: 8 Punti</w:t>
            </w:r>
          </w:p>
          <w:p w14:paraId="45041448" w14:textId="77777777" w:rsidR="00A67B05" w:rsidRPr="0024510F" w:rsidRDefault="00A67B05" w:rsidP="00DC4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i/>
                <w:sz w:val="24"/>
                <w:szCs w:val="24"/>
              </w:rPr>
              <w:t>• Votazione di 110: 9 Punti</w:t>
            </w:r>
          </w:p>
          <w:p w14:paraId="488AF170" w14:textId="77777777" w:rsidR="00A67B05" w:rsidRPr="0024510F" w:rsidRDefault="00A67B05" w:rsidP="00DC4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i/>
                <w:sz w:val="24"/>
                <w:szCs w:val="24"/>
              </w:rPr>
              <w:t>• Votazione di 110 e lode: 10 Punti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5D2304" w14:textId="77777777" w:rsidR="00A67B05" w:rsidRPr="0024510F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151550" w14:textId="77777777" w:rsidR="00A67B05" w:rsidRPr="0024510F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DF7522" w14:textId="77777777" w:rsidR="00A67B05" w:rsidRPr="0024510F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B05" w:rsidRPr="0024510F" w14:paraId="781A67E7" w14:textId="77777777" w:rsidTr="00DC4B1F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FAEE4B" w14:textId="77777777" w:rsidR="00A67B05" w:rsidRPr="00533476" w:rsidRDefault="00A67B05" w:rsidP="00DC4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Dottorato di Ricerca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94739B" w14:textId="77777777" w:rsidR="00A67B05" w:rsidRPr="00533476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2 Punti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2402A2" w14:textId="77777777" w:rsidR="00A67B05" w:rsidRPr="00533476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85EE79" w14:textId="77777777" w:rsidR="00A67B05" w:rsidRPr="0024510F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B05" w:rsidRPr="0024510F" w14:paraId="286B5F64" w14:textId="77777777" w:rsidTr="00DC4B1F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1101DB" w14:textId="77777777" w:rsidR="00A67B05" w:rsidRPr="00533476" w:rsidRDefault="00A67B05" w:rsidP="00DC4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Corsi di specializzazione o di perfezionamento annuali e biennali, Master Universitari di I e II livello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80E8A1" w14:textId="77777777" w:rsidR="00A67B05" w:rsidRPr="00533476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3 Punti per titolo</w:t>
            </w:r>
          </w:p>
          <w:p w14:paraId="7F69398F" w14:textId="77777777" w:rsidR="00A67B05" w:rsidRPr="00533476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Max punti 6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D21153" w14:textId="77777777" w:rsidR="00A67B05" w:rsidRPr="00533476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EF3FB2" w14:textId="77777777" w:rsidR="00A67B05" w:rsidRPr="0024510F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B05" w:rsidRPr="0024510F" w14:paraId="6ABF0D44" w14:textId="77777777" w:rsidTr="00DC4B1F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3753FF" w14:textId="77777777" w:rsidR="00A67B05" w:rsidRPr="00533476" w:rsidRDefault="00A67B05" w:rsidP="00DC4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Corsi di aggiornamento/formazione da 25 a 100 ore con esame finale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9E4137" w14:textId="77777777" w:rsidR="00A67B05" w:rsidRPr="00533476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2 Punti per corso</w:t>
            </w:r>
          </w:p>
          <w:p w14:paraId="0D38C42F" w14:textId="77777777" w:rsidR="00A67B05" w:rsidRPr="00533476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Max punti 10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CAF373" w14:textId="77777777" w:rsidR="00A67B05" w:rsidRPr="00533476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EA5B57" w14:textId="77777777" w:rsidR="00A67B05" w:rsidRPr="0024510F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B05" w:rsidRPr="0024510F" w14:paraId="0640E076" w14:textId="77777777" w:rsidTr="00DC4B1F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6CE2CA" w14:textId="77777777" w:rsidR="00A67B05" w:rsidRPr="00533476" w:rsidRDefault="00A67B05" w:rsidP="00DC4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Certificazione informatica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45273C" w14:textId="77777777" w:rsidR="00A67B05" w:rsidRPr="00533476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3 Punti per titolo</w:t>
            </w:r>
          </w:p>
          <w:p w14:paraId="61FF306A" w14:textId="77777777" w:rsidR="00A67B05" w:rsidRPr="00533476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Max punti 12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F14A05" w14:textId="77777777" w:rsidR="00A67B05" w:rsidRPr="00533476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B170CA" w14:textId="77777777" w:rsidR="00A67B05" w:rsidRPr="0024510F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B05" w:rsidRPr="0024510F" w14:paraId="583834C5" w14:textId="77777777" w:rsidTr="00DC4B1F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EFB1A3" w14:textId="77777777" w:rsidR="00A67B05" w:rsidRPr="00533476" w:rsidRDefault="00A67B05" w:rsidP="00DC4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Certificazione linguistica (si valuta un solo titolo)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7E787A" w14:textId="77777777" w:rsidR="00A67B05" w:rsidRPr="00533476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1 Punto liv. B2</w:t>
            </w:r>
          </w:p>
          <w:p w14:paraId="05E0DE5B" w14:textId="77777777" w:rsidR="00A67B05" w:rsidRPr="00533476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2 Punti cert. Sup. B2 QCER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BF011B" w14:textId="77777777" w:rsidR="00A67B05" w:rsidRPr="00533476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9A3D8E" w14:textId="77777777" w:rsidR="00A67B05" w:rsidRPr="0024510F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B05" w:rsidRPr="0024510F" w14:paraId="6DD20E74" w14:textId="77777777" w:rsidTr="00DC4B1F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7A8474" w14:textId="740861E4" w:rsidR="00A67B05" w:rsidRPr="00A67B05" w:rsidRDefault="00A67B05" w:rsidP="00A67B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7B05">
              <w:rPr>
                <w:rFonts w:ascii="Times New Roman" w:hAnsi="Times New Roman" w:cs="Times New Roman"/>
                <w:sz w:val="24"/>
                <w:szCs w:val="24"/>
              </w:rPr>
              <w:t>Incarico</w:t>
            </w:r>
            <w:proofErr w:type="spellEnd"/>
            <w:r w:rsidRPr="00A67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7B05">
              <w:rPr>
                <w:rFonts w:ascii="Times New Roman" w:hAnsi="Times New Roman" w:cs="Times New Roman"/>
                <w:sz w:val="24"/>
                <w:szCs w:val="24"/>
              </w:rPr>
              <w:t>Animatore</w:t>
            </w:r>
            <w:proofErr w:type="spellEnd"/>
            <w:r w:rsidRPr="00A67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7B05">
              <w:rPr>
                <w:rFonts w:ascii="Times New Roman" w:hAnsi="Times New Roman" w:cs="Times New Roman"/>
                <w:sz w:val="24"/>
                <w:szCs w:val="24"/>
              </w:rPr>
              <w:t>Digitale</w:t>
            </w:r>
            <w:proofErr w:type="spellEnd"/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36B3A0" w14:textId="10D5668B" w:rsidR="00A67B05" w:rsidRPr="00533476" w:rsidRDefault="00A67B05" w:rsidP="00A67B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533476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incarico</w:t>
            </w:r>
            <w:proofErr w:type="spellEnd"/>
          </w:p>
          <w:p w14:paraId="33384A48" w14:textId="3A95EA66" w:rsidR="00A67B05" w:rsidRPr="00533476" w:rsidRDefault="00A67B05" w:rsidP="00A67B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Max punti 10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86749D" w14:textId="77777777" w:rsidR="00A67B05" w:rsidRPr="00533476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34774F" w14:textId="77777777" w:rsidR="00A67B05" w:rsidRPr="0024510F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B05" w:rsidRPr="0024510F" w14:paraId="1B6D0F53" w14:textId="77777777" w:rsidTr="00DC4B1F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8B4DBD" w14:textId="1B1ED0C9" w:rsidR="00A67B05" w:rsidRPr="00A67B05" w:rsidRDefault="00A67B05" w:rsidP="00DC4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7B05">
              <w:rPr>
                <w:rFonts w:ascii="Times New Roman" w:hAnsi="Times New Roman" w:cs="Times New Roman"/>
                <w:sz w:val="24"/>
                <w:szCs w:val="24"/>
              </w:rPr>
              <w:t>Incarico</w:t>
            </w:r>
            <w:proofErr w:type="spellEnd"/>
            <w:r w:rsidRPr="00A67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7B05">
              <w:rPr>
                <w:rFonts w:ascii="Times New Roman" w:hAnsi="Times New Roman" w:cs="Times New Roman"/>
                <w:sz w:val="24"/>
                <w:szCs w:val="24"/>
              </w:rPr>
              <w:t>nel</w:t>
            </w:r>
            <w:proofErr w:type="spellEnd"/>
            <w:r w:rsidRPr="00A67B05">
              <w:rPr>
                <w:rFonts w:ascii="Times New Roman" w:hAnsi="Times New Roman" w:cs="Times New Roman"/>
                <w:sz w:val="24"/>
                <w:szCs w:val="24"/>
              </w:rPr>
              <w:t xml:space="preserve"> Team PNSD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4E2CC3" w14:textId="2E398E7F" w:rsidR="00A67B05" w:rsidRPr="00533476" w:rsidRDefault="00A67B05" w:rsidP="00A67B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 xml:space="preserve"> Punt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incarico</w:t>
            </w:r>
            <w:proofErr w:type="spellEnd"/>
          </w:p>
          <w:p w14:paraId="26320AFA" w14:textId="66180948" w:rsidR="00A67B05" w:rsidRPr="00533476" w:rsidRDefault="00A67B05" w:rsidP="00A67B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Max punti 10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DBDEF3" w14:textId="77777777" w:rsidR="00A67B05" w:rsidRPr="00533476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051114" w14:textId="77777777" w:rsidR="00A67B05" w:rsidRPr="0024510F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B05" w:rsidRPr="0024510F" w14:paraId="19FEF041" w14:textId="77777777" w:rsidTr="00DC4B1F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4D4EA4" w14:textId="77777777" w:rsidR="00A67B05" w:rsidRPr="0024510F" w:rsidRDefault="00A67B05" w:rsidP="00DC4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Progetti</w:t>
            </w:r>
            <w:proofErr w:type="spellEnd"/>
            <w:r w:rsidRPr="0024510F">
              <w:rPr>
                <w:rFonts w:ascii="Times New Roman" w:hAnsi="Times New Roman" w:cs="Times New Roman"/>
                <w:sz w:val="24"/>
                <w:szCs w:val="24"/>
              </w:rPr>
              <w:t xml:space="preserve"> PON/POR/PNRR in </w:t>
            </w:r>
            <w:proofErr w:type="spellStart"/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qualità</w:t>
            </w:r>
            <w:proofErr w:type="spellEnd"/>
            <w:r w:rsidRPr="0024510F">
              <w:rPr>
                <w:rFonts w:ascii="Times New Roman" w:hAnsi="Times New Roman" w:cs="Times New Roman"/>
                <w:sz w:val="24"/>
                <w:szCs w:val="24"/>
              </w:rPr>
              <w:t xml:space="preserve"> di esperto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CEEB0E" w14:textId="77777777" w:rsidR="00A67B05" w:rsidRPr="0024510F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3 Punti per titolo</w:t>
            </w:r>
          </w:p>
          <w:p w14:paraId="441C4D21" w14:textId="77777777" w:rsidR="00A67B05" w:rsidRPr="0024510F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Max punti 15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C7CB0D" w14:textId="77777777" w:rsidR="00A67B05" w:rsidRPr="0024510F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C55FF4" w14:textId="77777777" w:rsidR="00A67B05" w:rsidRPr="0024510F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B05" w:rsidRPr="0024510F" w14:paraId="73DC38BB" w14:textId="77777777" w:rsidTr="00DC4B1F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53B492" w14:textId="77777777" w:rsidR="00A67B05" w:rsidRPr="0024510F" w:rsidRDefault="00A67B05" w:rsidP="00DC4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Progetti PON/POR/PNRR in qualità di tutor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431F66" w14:textId="77777777" w:rsidR="00A67B05" w:rsidRPr="0024510F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2 Punti per titolo</w:t>
            </w:r>
          </w:p>
          <w:p w14:paraId="7C188E80" w14:textId="77777777" w:rsidR="00A67B05" w:rsidRPr="0024510F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Max punti 10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1FCDD8" w14:textId="77777777" w:rsidR="00A67B05" w:rsidRPr="0024510F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28AF5C" w14:textId="77777777" w:rsidR="00A67B05" w:rsidRPr="0024510F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B05" w:rsidRPr="0024510F" w14:paraId="6338154A" w14:textId="77777777" w:rsidTr="00DC4B1F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F71C3F" w14:textId="77777777" w:rsidR="00A67B05" w:rsidRPr="0024510F" w:rsidRDefault="00A67B05" w:rsidP="00DC4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Incarico di docente funzione strumentale</w:t>
            </w:r>
          </w:p>
          <w:p w14:paraId="64037B5F" w14:textId="252D07DF" w:rsidR="00A67B05" w:rsidRPr="0024510F" w:rsidRDefault="00A67B05" w:rsidP="00DC4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A0C739" w14:textId="7FBF39B1" w:rsidR="00A67B05" w:rsidRPr="0024510F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 xml:space="preserve"> Punti per titolo</w:t>
            </w:r>
          </w:p>
          <w:p w14:paraId="5707BC22" w14:textId="5878CB85" w:rsidR="00A67B05" w:rsidRPr="0024510F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 xml:space="preserve">Max punti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C949E1" w14:textId="77777777" w:rsidR="00A67B05" w:rsidRPr="0024510F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41B4C" w14:textId="77777777" w:rsidR="00A67B05" w:rsidRPr="0024510F" w:rsidRDefault="00A67B05" w:rsidP="00DC4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8EC4F8" w14:textId="7F728A9B" w:rsidR="00617CDD" w:rsidRPr="009A14CA" w:rsidRDefault="00A67B05" w:rsidP="008F4D8F">
      <w:pPr>
        <w:spacing w:line="240" w:lineRule="auto"/>
        <w:ind w:left="6372" w:hanging="6372"/>
        <w:rPr>
          <w:rFonts w:ascii="Times New Roman" w:hAnsi="Times New Roman" w:cs="Times New Roman"/>
          <w:sz w:val="24"/>
          <w:szCs w:val="24"/>
        </w:rPr>
      </w:pPr>
      <w:r w:rsidRPr="00511B01">
        <w:rPr>
          <w:rFonts w:ascii="Times New Roman" w:hAnsi="Times New Roman" w:cs="Times New Roman"/>
        </w:rPr>
        <w:t>CATANZARO____________________</w:t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  <w:t>IL DOCENTE</w:t>
      </w:r>
      <w:r w:rsidR="008F4D8F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_________</w:t>
      </w:r>
      <w:r w:rsidRPr="00511B01">
        <w:rPr>
          <w:rFonts w:ascii="Times New Roman" w:hAnsi="Times New Roman" w:cs="Times New Roman"/>
        </w:rPr>
        <w:t>________</w:t>
      </w:r>
    </w:p>
    <w:sectPr w:rsidR="00617CDD" w:rsidRPr="009A14CA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3143459">
    <w:abstractNumId w:val="8"/>
  </w:num>
  <w:num w:numId="2" w16cid:durableId="589581436">
    <w:abstractNumId w:val="6"/>
  </w:num>
  <w:num w:numId="3" w16cid:durableId="1454593454">
    <w:abstractNumId w:val="5"/>
  </w:num>
  <w:num w:numId="4" w16cid:durableId="302854928">
    <w:abstractNumId w:val="4"/>
  </w:num>
  <w:num w:numId="5" w16cid:durableId="739786252">
    <w:abstractNumId w:val="7"/>
  </w:num>
  <w:num w:numId="6" w16cid:durableId="1262102446">
    <w:abstractNumId w:val="3"/>
  </w:num>
  <w:num w:numId="7" w16cid:durableId="1968392022">
    <w:abstractNumId w:val="2"/>
  </w:num>
  <w:num w:numId="8" w16cid:durableId="2049329406">
    <w:abstractNumId w:val="1"/>
  </w:num>
  <w:num w:numId="9" w16cid:durableId="195428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B32CB"/>
    <w:rsid w:val="00617CDD"/>
    <w:rsid w:val="008F4D8F"/>
    <w:rsid w:val="009A14CA"/>
    <w:rsid w:val="00A67B05"/>
    <w:rsid w:val="00AA1D8D"/>
    <w:rsid w:val="00AF7951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3A1C91"/>
  <w14:defaultImageDpi w14:val="300"/>
  <w15:docId w15:val="{BC20F8C6-E420-45CA-B66C-E74A07AFB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">
    <w:name w:val="Table Normal"/>
    <w:uiPriority w:val="2"/>
    <w:semiHidden/>
    <w:unhideWhenUsed/>
    <w:qFormat/>
    <w:rsid w:val="00A67B05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Katja</cp:lastModifiedBy>
  <cp:revision>4</cp:revision>
  <dcterms:created xsi:type="dcterms:W3CDTF">2013-12-23T23:15:00Z</dcterms:created>
  <dcterms:modified xsi:type="dcterms:W3CDTF">2026-11-03T12:44:00Z</dcterms:modified>
  <cp:category/>
</cp:coreProperties>
</file>