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013776" w14:textId="75D1DC1F" w:rsidR="00442B17" w:rsidRPr="00E906A6" w:rsidRDefault="00E906A6" w:rsidP="00E906A6">
      <w:pPr>
        <w:spacing w:after="0" w:line="240" w:lineRule="auto"/>
        <w:jc w:val="right"/>
        <w:rPr>
          <w:rFonts w:ascii="Times New Roman" w:hAnsi="Times New Roman" w:cs="Times New Roman"/>
          <w:sz w:val="24"/>
          <w:szCs w:val="24"/>
        </w:rPr>
      </w:pPr>
      <w:r w:rsidRPr="00E906A6">
        <w:rPr>
          <w:rFonts w:ascii="Times New Roman" w:hAnsi="Times New Roman" w:cs="Times New Roman"/>
          <w:sz w:val="24"/>
          <w:szCs w:val="24"/>
        </w:rPr>
        <w:t>Al Dirigente Scolastico</w:t>
      </w:r>
    </w:p>
    <w:p w14:paraId="63B9A665" w14:textId="77777777" w:rsidR="00442B17" w:rsidRDefault="00000000" w:rsidP="00E906A6">
      <w:pPr>
        <w:spacing w:after="0" w:line="240" w:lineRule="auto"/>
        <w:jc w:val="right"/>
        <w:rPr>
          <w:rFonts w:ascii="Times New Roman" w:hAnsi="Times New Roman" w:cs="Times New Roman"/>
          <w:sz w:val="24"/>
          <w:szCs w:val="24"/>
        </w:rPr>
      </w:pPr>
      <w:r w:rsidRPr="00E906A6">
        <w:rPr>
          <w:rFonts w:ascii="Times New Roman" w:hAnsi="Times New Roman" w:cs="Times New Roman"/>
          <w:sz w:val="24"/>
          <w:szCs w:val="24"/>
        </w:rPr>
        <w:t>dell’I.C. “Catanzaro Mater Domini - Nord Est Manzoni”</w:t>
      </w:r>
    </w:p>
    <w:p w14:paraId="698A1D24" w14:textId="77777777" w:rsidR="00E906A6" w:rsidRDefault="00E906A6">
      <w:pPr>
        <w:spacing w:after="160"/>
        <w:jc w:val="right"/>
        <w:rPr>
          <w:rFonts w:ascii="Times New Roman" w:hAnsi="Times New Roman" w:cs="Times New Roman"/>
          <w:b/>
          <w:sz w:val="24"/>
          <w:szCs w:val="24"/>
        </w:rPr>
      </w:pPr>
    </w:p>
    <w:p w14:paraId="64EA7EEB" w14:textId="1313F7CF" w:rsidR="00B65C19" w:rsidRDefault="00E906A6" w:rsidP="00B65C19">
      <w:pPr>
        <w:spacing w:after="160"/>
        <w:jc w:val="center"/>
        <w:rPr>
          <w:rFonts w:ascii="Times New Roman" w:hAnsi="Times New Roman" w:cs="Times New Roman"/>
          <w:b/>
          <w:sz w:val="24"/>
          <w:szCs w:val="24"/>
        </w:rPr>
      </w:pPr>
      <w:r w:rsidRPr="00E906A6">
        <w:rPr>
          <w:rFonts w:ascii="Times New Roman" w:hAnsi="Times New Roman" w:cs="Times New Roman"/>
          <w:b/>
          <w:sz w:val="24"/>
          <w:szCs w:val="24"/>
        </w:rPr>
        <w:t>DOMANDA DI PARTECIPAZIONE ALLA SELEZIONE INTERNA</w:t>
      </w:r>
    </w:p>
    <w:p w14:paraId="00E86773" w14:textId="54553BF8" w:rsidR="00E906A6" w:rsidRPr="00E906A6" w:rsidRDefault="00E906A6" w:rsidP="00B65C19">
      <w:pPr>
        <w:spacing w:after="160"/>
        <w:jc w:val="center"/>
        <w:rPr>
          <w:rFonts w:ascii="Times New Roman" w:hAnsi="Times New Roman" w:cs="Times New Roman"/>
          <w:sz w:val="24"/>
          <w:szCs w:val="24"/>
        </w:rPr>
      </w:pPr>
      <w:r w:rsidRPr="00E906A6">
        <w:rPr>
          <w:rFonts w:ascii="Times New Roman" w:hAnsi="Times New Roman" w:cs="Times New Roman"/>
          <w:b/>
          <w:sz w:val="24"/>
          <w:szCs w:val="24"/>
        </w:rPr>
        <w:t>Animatore Digitale e/o componente del Team per l’Innovazione Digitale – a.s. 2026/2027</w:t>
      </w:r>
    </w:p>
    <w:p w14:paraId="38E64404" w14:textId="10802042" w:rsidR="00442B17" w:rsidRPr="00E906A6" w:rsidRDefault="00000000">
      <w:pPr>
        <w:spacing w:after="40"/>
        <w:rPr>
          <w:rFonts w:ascii="Times New Roman" w:hAnsi="Times New Roman" w:cs="Times New Roman"/>
          <w:sz w:val="24"/>
          <w:szCs w:val="24"/>
        </w:rPr>
      </w:pPr>
      <w:r w:rsidRPr="00E906A6">
        <w:rPr>
          <w:rFonts w:ascii="Times New Roman" w:hAnsi="Times New Roman" w:cs="Times New Roman"/>
          <w:sz w:val="24"/>
          <w:szCs w:val="24"/>
        </w:rPr>
        <w:t>Il/La sottoscritto/a ___________________________________________________________________</w:t>
      </w:r>
    </w:p>
    <w:p w14:paraId="74CC2C4F" w14:textId="3B3A3240" w:rsidR="00442B17" w:rsidRPr="00E906A6" w:rsidRDefault="00000000">
      <w:pPr>
        <w:spacing w:after="40"/>
        <w:rPr>
          <w:rFonts w:ascii="Times New Roman" w:hAnsi="Times New Roman" w:cs="Times New Roman"/>
          <w:sz w:val="24"/>
          <w:szCs w:val="24"/>
        </w:rPr>
      </w:pPr>
      <w:r w:rsidRPr="00E906A6">
        <w:rPr>
          <w:rFonts w:ascii="Times New Roman" w:hAnsi="Times New Roman" w:cs="Times New Roman"/>
          <w:sz w:val="24"/>
          <w:szCs w:val="24"/>
        </w:rPr>
        <w:t>nato/a a __________________________________</w:t>
      </w:r>
      <w:r w:rsidR="00BA7DCA">
        <w:rPr>
          <w:rFonts w:ascii="Times New Roman" w:hAnsi="Times New Roman" w:cs="Times New Roman"/>
          <w:sz w:val="24"/>
          <w:szCs w:val="24"/>
        </w:rPr>
        <w:t>____</w:t>
      </w:r>
      <w:r w:rsidRPr="00E906A6">
        <w:rPr>
          <w:rFonts w:ascii="Times New Roman" w:hAnsi="Times New Roman" w:cs="Times New Roman"/>
          <w:sz w:val="24"/>
          <w:szCs w:val="24"/>
        </w:rPr>
        <w:t>____________ (____) il ____/____/________</w:t>
      </w:r>
    </w:p>
    <w:p w14:paraId="57CCD141" w14:textId="42A68D87" w:rsidR="00442B17" w:rsidRPr="00E906A6" w:rsidRDefault="00000000">
      <w:pPr>
        <w:spacing w:after="40"/>
        <w:rPr>
          <w:rFonts w:ascii="Times New Roman" w:hAnsi="Times New Roman" w:cs="Times New Roman"/>
          <w:sz w:val="24"/>
          <w:szCs w:val="24"/>
        </w:rPr>
      </w:pPr>
      <w:r w:rsidRPr="00E906A6">
        <w:rPr>
          <w:rFonts w:ascii="Times New Roman" w:hAnsi="Times New Roman" w:cs="Times New Roman"/>
          <w:sz w:val="24"/>
          <w:szCs w:val="24"/>
        </w:rPr>
        <w:t>C.F. ______________________________________  residente a ______________________________</w:t>
      </w:r>
    </w:p>
    <w:p w14:paraId="67847C82" w14:textId="5F988659" w:rsidR="00442B17" w:rsidRPr="00E906A6" w:rsidRDefault="00000000">
      <w:pPr>
        <w:spacing w:after="40"/>
        <w:rPr>
          <w:rFonts w:ascii="Times New Roman" w:hAnsi="Times New Roman" w:cs="Times New Roman"/>
          <w:sz w:val="24"/>
          <w:szCs w:val="24"/>
        </w:rPr>
      </w:pPr>
      <w:r w:rsidRPr="00E906A6">
        <w:rPr>
          <w:rFonts w:ascii="Times New Roman" w:hAnsi="Times New Roman" w:cs="Times New Roman"/>
          <w:sz w:val="24"/>
          <w:szCs w:val="24"/>
        </w:rPr>
        <w:t>in via/piazza ________________________</w:t>
      </w:r>
      <w:r w:rsidR="00BA7DCA">
        <w:rPr>
          <w:rFonts w:ascii="Times New Roman" w:hAnsi="Times New Roman" w:cs="Times New Roman"/>
          <w:sz w:val="24"/>
          <w:szCs w:val="24"/>
        </w:rPr>
        <w:t>___</w:t>
      </w:r>
      <w:r w:rsidRPr="00E906A6">
        <w:rPr>
          <w:rFonts w:ascii="Times New Roman" w:hAnsi="Times New Roman" w:cs="Times New Roman"/>
          <w:sz w:val="24"/>
          <w:szCs w:val="24"/>
        </w:rPr>
        <w:t>______________________ n. _____ CAP __________</w:t>
      </w:r>
    </w:p>
    <w:p w14:paraId="60A97585" w14:textId="74E3AC0B" w:rsidR="00442B17" w:rsidRPr="00E906A6" w:rsidRDefault="00000000">
      <w:pPr>
        <w:spacing w:after="40"/>
        <w:rPr>
          <w:rFonts w:ascii="Times New Roman" w:hAnsi="Times New Roman" w:cs="Times New Roman"/>
          <w:sz w:val="24"/>
          <w:szCs w:val="24"/>
        </w:rPr>
      </w:pPr>
      <w:r w:rsidRPr="00E906A6">
        <w:rPr>
          <w:rFonts w:ascii="Times New Roman" w:hAnsi="Times New Roman" w:cs="Times New Roman"/>
          <w:sz w:val="24"/>
          <w:szCs w:val="24"/>
        </w:rPr>
        <w:t>telefono __________________________ e-mail ___________________________________________</w:t>
      </w:r>
    </w:p>
    <w:p w14:paraId="600E578A" w14:textId="2622A337" w:rsidR="00442B17" w:rsidRPr="00E906A6" w:rsidRDefault="00000000">
      <w:pPr>
        <w:spacing w:after="120"/>
        <w:rPr>
          <w:rFonts w:ascii="Times New Roman" w:hAnsi="Times New Roman" w:cs="Times New Roman"/>
          <w:sz w:val="24"/>
          <w:szCs w:val="24"/>
        </w:rPr>
      </w:pPr>
      <w:r w:rsidRPr="00E906A6">
        <w:rPr>
          <w:rFonts w:ascii="Times New Roman" w:hAnsi="Times New Roman" w:cs="Times New Roman"/>
          <w:sz w:val="24"/>
          <w:szCs w:val="24"/>
        </w:rPr>
        <w:t xml:space="preserve">in servizio presso codesto Istituto in qualità di docente, </w:t>
      </w:r>
    </w:p>
    <w:p w14:paraId="21413C60" w14:textId="77777777" w:rsidR="00442B17" w:rsidRPr="00E906A6" w:rsidRDefault="00000000">
      <w:pPr>
        <w:spacing w:after="60"/>
        <w:jc w:val="center"/>
        <w:rPr>
          <w:rFonts w:ascii="Times New Roman" w:hAnsi="Times New Roman" w:cs="Times New Roman"/>
          <w:sz w:val="24"/>
          <w:szCs w:val="24"/>
        </w:rPr>
      </w:pPr>
      <w:r w:rsidRPr="00E906A6">
        <w:rPr>
          <w:rFonts w:ascii="Times New Roman" w:hAnsi="Times New Roman" w:cs="Times New Roman"/>
          <w:b/>
          <w:sz w:val="24"/>
          <w:szCs w:val="24"/>
        </w:rPr>
        <w:t>CHIEDE</w:t>
      </w:r>
    </w:p>
    <w:p w14:paraId="5EB5F049" w14:textId="77777777" w:rsidR="00442B17" w:rsidRPr="00E906A6" w:rsidRDefault="00000000">
      <w:pPr>
        <w:spacing w:after="80"/>
        <w:rPr>
          <w:rFonts w:ascii="Times New Roman" w:hAnsi="Times New Roman" w:cs="Times New Roman"/>
          <w:sz w:val="24"/>
          <w:szCs w:val="24"/>
        </w:rPr>
      </w:pPr>
      <w:r w:rsidRPr="00E906A6">
        <w:rPr>
          <w:rFonts w:ascii="Times New Roman" w:hAnsi="Times New Roman" w:cs="Times New Roman"/>
          <w:sz w:val="24"/>
          <w:szCs w:val="24"/>
        </w:rPr>
        <w:t>di essere ammesso/a alla procedura di selezione interna indetta con Avviso per l’a.s. 2026/2027, per il/i seguente/i incarico/i (barrare la/e casella/e):</w:t>
      </w:r>
    </w:p>
    <w:p w14:paraId="04D01051" w14:textId="77777777" w:rsidR="00442B17" w:rsidRPr="00E906A6" w:rsidRDefault="00000000">
      <w:pPr>
        <w:spacing w:after="40"/>
        <w:rPr>
          <w:rFonts w:ascii="Times New Roman" w:hAnsi="Times New Roman" w:cs="Times New Roman"/>
          <w:sz w:val="24"/>
          <w:szCs w:val="24"/>
        </w:rPr>
      </w:pPr>
      <w:r w:rsidRPr="00E906A6">
        <w:rPr>
          <w:rFonts w:ascii="Segoe UI Symbol" w:hAnsi="Segoe UI Symbol" w:cs="Segoe UI Symbol"/>
          <w:b/>
          <w:sz w:val="24"/>
          <w:szCs w:val="24"/>
        </w:rPr>
        <w:t>☐</w:t>
      </w:r>
      <w:r w:rsidRPr="00E906A6">
        <w:rPr>
          <w:rFonts w:ascii="Times New Roman" w:hAnsi="Times New Roman" w:cs="Times New Roman"/>
          <w:b/>
          <w:sz w:val="24"/>
          <w:szCs w:val="24"/>
        </w:rPr>
        <w:t xml:space="preserve"> Animatore Digitale (n. 1 incarico)</w:t>
      </w:r>
    </w:p>
    <w:p w14:paraId="3D0EA734" w14:textId="77777777" w:rsidR="00442B17" w:rsidRPr="00E906A6" w:rsidRDefault="00000000">
      <w:pPr>
        <w:spacing w:after="100"/>
        <w:rPr>
          <w:rFonts w:ascii="Times New Roman" w:hAnsi="Times New Roman" w:cs="Times New Roman"/>
          <w:sz w:val="24"/>
          <w:szCs w:val="24"/>
        </w:rPr>
      </w:pPr>
      <w:r w:rsidRPr="00E906A6">
        <w:rPr>
          <w:rFonts w:ascii="Segoe UI Symbol" w:hAnsi="Segoe UI Symbol" w:cs="Segoe UI Symbol"/>
          <w:b/>
          <w:sz w:val="24"/>
          <w:szCs w:val="24"/>
        </w:rPr>
        <w:t>☐</w:t>
      </w:r>
      <w:r w:rsidRPr="00E906A6">
        <w:rPr>
          <w:rFonts w:ascii="Times New Roman" w:hAnsi="Times New Roman" w:cs="Times New Roman"/>
          <w:b/>
          <w:sz w:val="24"/>
          <w:szCs w:val="24"/>
        </w:rPr>
        <w:t xml:space="preserve"> Componente del Team per l’Innovazione Digitale (n. 3 incarichi)</w:t>
      </w:r>
    </w:p>
    <w:p w14:paraId="76313D12" w14:textId="77777777" w:rsidR="00442B17" w:rsidRPr="00E906A6" w:rsidRDefault="00000000">
      <w:pPr>
        <w:spacing w:after="40"/>
        <w:rPr>
          <w:rFonts w:ascii="Times New Roman" w:hAnsi="Times New Roman" w:cs="Times New Roman"/>
          <w:sz w:val="24"/>
          <w:szCs w:val="24"/>
        </w:rPr>
      </w:pPr>
      <w:r w:rsidRPr="00E906A6">
        <w:rPr>
          <w:rFonts w:ascii="Times New Roman" w:hAnsi="Times New Roman" w:cs="Times New Roman"/>
          <w:sz w:val="24"/>
          <w:szCs w:val="24"/>
        </w:rPr>
        <w:t>In caso di candidatura per entrambi gli incarichi, indica la preferenza in caso di collocazione utile in entrambe le graduatorie:</w:t>
      </w:r>
    </w:p>
    <w:p w14:paraId="5A00CACE" w14:textId="77777777" w:rsidR="00442B17" w:rsidRPr="00E906A6" w:rsidRDefault="00000000">
      <w:pPr>
        <w:spacing w:after="120"/>
        <w:rPr>
          <w:rFonts w:ascii="Times New Roman" w:hAnsi="Times New Roman" w:cs="Times New Roman"/>
          <w:sz w:val="24"/>
          <w:szCs w:val="24"/>
        </w:rPr>
      </w:pPr>
      <w:r w:rsidRPr="00E906A6">
        <w:rPr>
          <w:rFonts w:ascii="Segoe UI Symbol" w:hAnsi="Segoe UI Symbol" w:cs="Segoe UI Symbol"/>
          <w:sz w:val="24"/>
          <w:szCs w:val="24"/>
        </w:rPr>
        <w:t>☐</w:t>
      </w:r>
      <w:r w:rsidRPr="00E906A6">
        <w:rPr>
          <w:rFonts w:ascii="Times New Roman" w:hAnsi="Times New Roman" w:cs="Times New Roman"/>
          <w:sz w:val="24"/>
          <w:szCs w:val="24"/>
        </w:rPr>
        <w:t xml:space="preserve"> Animatore Digitale     </w:t>
      </w:r>
      <w:r w:rsidRPr="00E906A6">
        <w:rPr>
          <w:rFonts w:ascii="Segoe UI Symbol" w:hAnsi="Segoe UI Symbol" w:cs="Segoe UI Symbol"/>
          <w:sz w:val="24"/>
          <w:szCs w:val="24"/>
        </w:rPr>
        <w:t>☐</w:t>
      </w:r>
      <w:r w:rsidRPr="00E906A6">
        <w:rPr>
          <w:rFonts w:ascii="Times New Roman" w:hAnsi="Times New Roman" w:cs="Times New Roman"/>
          <w:sz w:val="24"/>
          <w:szCs w:val="24"/>
        </w:rPr>
        <w:t xml:space="preserve"> Team per l’Innovazione Digitale</w:t>
      </w:r>
    </w:p>
    <w:p w14:paraId="6B7136FF" w14:textId="77777777" w:rsidR="00442B17" w:rsidRPr="00162253" w:rsidRDefault="00000000" w:rsidP="000A3068">
      <w:pPr>
        <w:spacing w:after="60"/>
        <w:jc w:val="center"/>
        <w:rPr>
          <w:rFonts w:ascii="Times New Roman" w:hAnsi="Times New Roman" w:cs="Times New Roman"/>
          <w:b/>
          <w:sz w:val="24"/>
          <w:szCs w:val="24"/>
        </w:rPr>
      </w:pPr>
      <w:r w:rsidRPr="00162253">
        <w:rPr>
          <w:rFonts w:ascii="Times New Roman" w:hAnsi="Times New Roman" w:cs="Times New Roman"/>
          <w:b/>
          <w:sz w:val="24"/>
          <w:szCs w:val="24"/>
        </w:rPr>
        <w:t>DICHIARAZIONI SOSTITUTIVE</w:t>
      </w:r>
    </w:p>
    <w:p w14:paraId="7157BFA2" w14:textId="77777777" w:rsidR="00442B17" w:rsidRPr="00E906A6" w:rsidRDefault="00000000" w:rsidP="009518C3">
      <w:pPr>
        <w:spacing w:after="0" w:line="240" w:lineRule="auto"/>
        <w:jc w:val="both"/>
        <w:rPr>
          <w:rFonts w:ascii="Times New Roman" w:hAnsi="Times New Roman" w:cs="Times New Roman"/>
          <w:sz w:val="24"/>
          <w:szCs w:val="24"/>
        </w:rPr>
      </w:pPr>
      <w:r w:rsidRPr="00E906A6">
        <w:rPr>
          <w:rFonts w:ascii="Times New Roman" w:hAnsi="Times New Roman" w:cs="Times New Roman"/>
          <w:sz w:val="24"/>
          <w:szCs w:val="24"/>
        </w:rPr>
        <w:t>Ai sensi degli artt. 46 e 47 del D.P.R. 28 dicembre 2000, n. 445, consapevole delle responsabilità penali previste dall’art. 76 del medesimo decreto in caso di dichiarazioni mendaci, formazione o uso di atti falsi, il/la sottoscritto/a dichiara:</w:t>
      </w:r>
    </w:p>
    <w:p w14:paraId="4E5F9260" w14:textId="3B7D48B9" w:rsidR="00442B17" w:rsidRPr="009518C3" w:rsidRDefault="00000000" w:rsidP="009518C3">
      <w:pPr>
        <w:pStyle w:val="Paragrafoelenco"/>
        <w:numPr>
          <w:ilvl w:val="0"/>
          <w:numId w:val="10"/>
        </w:numPr>
        <w:spacing w:after="60"/>
        <w:jc w:val="both"/>
        <w:rPr>
          <w:rFonts w:ascii="Times New Roman" w:hAnsi="Times New Roman" w:cs="Times New Roman"/>
          <w:sz w:val="24"/>
          <w:szCs w:val="24"/>
        </w:rPr>
      </w:pPr>
      <w:r w:rsidRPr="009518C3">
        <w:rPr>
          <w:rFonts w:ascii="Times New Roman" w:hAnsi="Times New Roman" w:cs="Times New Roman"/>
          <w:sz w:val="24"/>
          <w:szCs w:val="24"/>
        </w:rPr>
        <w:t>di essere docente in servizio presso l’I.C. “Catanzaro Mater Domini - Nord Est Manzoni” alla data di scadenza dell’Avviso;</w:t>
      </w:r>
    </w:p>
    <w:p w14:paraId="437F55B3" w14:textId="6A1AED6B" w:rsidR="00442B17" w:rsidRPr="009518C3" w:rsidRDefault="00000000" w:rsidP="009518C3">
      <w:pPr>
        <w:pStyle w:val="Paragrafoelenco"/>
        <w:numPr>
          <w:ilvl w:val="0"/>
          <w:numId w:val="10"/>
        </w:numPr>
        <w:spacing w:after="60"/>
        <w:jc w:val="both"/>
        <w:rPr>
          <w:rFonts w:ascii="Times New Roman" w:hAnsi="Times New Roman" w:cs="Times New Roman"/>
          <w:sz w:val="24"/>
          <w:szCs w:val="24"/>
        </w:rPr>
      </w:pPr>
      <w:r w:rsidRPr="009518C3">
        <w:rPr>
          <w:rFonts w:ascii="Times New Roman" w:hAnsi="Times New Roman" w:cs="Times New Roman"/>
          <w:sz w:val="24"/>
          <w:szCs w:val="24"/>
        </w:rPr>
        <w:t>di possedere, alla data di scadenza dell’Avviso, competenze, esperienze o interesse documentabile negli ambiti dell’innovazione digitale, della didattica con le tecnologie, della formazione e/o del supporto organizzativo;</w:t>
      </w:r>
    </w:p>
    <w:p w14:paraId="0707924A" w14:textId="4318523A" w:rsidR="00442B17" w:rsidRPr="009518C3" w:rsidRDefault="00000000" w:rsidP="009518C3">
      <w:pPr>
        <w:pStyle w:val="Paragrafoelenco"/>
        <w:numPr>
          <w:ilvl w:val="0"/>
          <w:numId w:val="10"/>
        </w:numPr>
        <w:spacing w:after="60"/>
        <w:jc w:val="both"/>
        <w:rPr>
          <w:rFonts w:ascii="Times New Roman" w:hAnsi="Times New Roman" w:cs="Times New Roman"/>
          <w:sz w:val="24"/>
          <w:szCs w:val="24"/>
        </w:rPr>
      </w:pPr>
      <w:r w:rsidRPr="009518C3">
        <w:rPr>
          <w:rFonts w:ascii="Times New Roman" w:hAnsi="Times New Roman" w:cs="Times New Roman"/>
          <w:sz w:val="24"/>
          <w:szCs w:val="24"/>
        </w:rPr>
        <w:t>che quanto riportato nella domanda e nel curriculum vitae allegato corrisponde al vero e che i titoli e le esperienze dichiarati sono posseduti alla data di scadenza dell’Avviso;</w:t>
      </w:r>
    </w:p>
    <w:p w14:paraId="075C3DBB" w14:textId="510032C5" w:rsidR="00442B17" w:rsidRPr="009518C3" w:rsidRDefault="00000000" w:rsidP="009518C3">
      <w:pPr>
        <w:pStyle w:val="Paragrafoelenco"/>
        <w:numPr>
          <w:ilvl w:val="0"/>
          <w:numId w:val="10"/>
        </w:numPr>
        <w:spacing w:after="60"/>
        <w:jc w:val="both"/>
        <w:rPr>
          <w:rFonts w:ascii="Times New Roman" w:hAnsi="Times New Roman" w:cs="Times New Roman"/>
          <w:sz w:val="24"/>
          <w:szCs w:val="24"/>
        </w:rPr>
      </w:pPr>
      <w:r w:rsidRPr="009518C3">
        <w:rPr>
          <w:rFonts w:ascii="Times New Roman" w:hAnsi="Times New Roman" w:cs="Times New Roman"/>
          <w:sz w:val="24"/>
          <w:szCs w:val="24"/>
        </w:rPr>
        <w:t>di essere consapevole che la mancanza dei requisiti di ammissione comporta l’esclusione e che l’Istituto potrà effettuare i controlli previsti dalla normativa vigente;</w:t>
      </w:r>
    </w:p>
    <w:p w14:paraId="78B8ECE5" w14:textId="517537E4" w:rsidR="00442B17" w:rsidRDefault="00000000" w:rsidP="000A3068">
      <w:pPr>
        <w:pStyle w:val="Paragrafoelenco"/>
        <w:numPr>
          <w:ilvl w:val="0"/>
          <w:numId w:val="10"/>
        </w:numPr>
        <w:spacing w:after="0"/>
        <w:jc w:val="both"/>
        <w:rPr>
          <w:rFonts w:ascii="Times New Roman" w:hAnsi="Times New Roman" w:cs="Times New Roman"/>
          <w:sz w:val="24"/>
          <w:szCs w:val="24"/>
        </w:rPr>
      </w:pPr>
      <w:r w:rsidRPr="009518C3">
        <w:rPr>
          <w:rFonts w:ascii="Times New Roman" w:hAnsi="Times New Roman" w:cs="Times New Roman"/>
          <w:sz w:val="24"/>
          <w:szCs w:val="24"/>
        </w:rPr>
        <w:t>di impegnarsi, in caso di conferimento dell’incarico, a partecipare agli incontri di coordinamento, collaborare con la Dirigenza e con gli organi collegiali, svolgere le attività assegnate e documentare sinteticamente il lavoro svolto.</w:t>
      </w:r>
    </w:p>
    <w:p w14:paraId="6AB96F35" w14:textId="77777777" w:rsidR="000A3068" w:rsidRPr="009518C3" w:rsidRDefault="000A3068" w:rsidP="000A3068">
      <w:pPr>
        <w:pStyle w:val="Paragrafoelenco"/>
        <w:spacing w:after="0"/>
        <w:jc w:val="both"/>
        <w:rPr>
          <w:rFonts w:ascii="Times New Roman" w:hAnsi="Times New Roman" w:cs="Times New Roman"/>
          <w:sz w:val="24"/>
          <w:szCs w:val="24"/>
        </w:rPr>
      </w:pPr>
    </w:p>
    <w:p w14:paraId="0EFFE5B7" w14:textId="77777777" w:rsidR="000A3068" w:rsidRDefault="000A3068" w:rsidP="000A3068">
      <w:pPr>
        <w:pStyle w:val="Titolo1"/>
        <w:spacing w:before="0"/>
        <w:jc w:val="center"/>
        <w:rPr>
          <w:rFonts w:ascii="Times New Roman" w:hAnsi="Times New Roman" w:cs="Times New Roman"/>
          <w:color w:val="auto"/>
          <w:sz w:val="24"/>
          <w:szCs w:val="24"/>
        </w:rPr>
      </w:pPr>
    </w:p>
    <w:p w14:paraId="7E73F4FA" w14:textId="77777777" w:rsidR="000A3068" w:rsidRDefault="000A3068" w:rsidP="000A3068">
      <w:pPr>
        <w:pStyle w:val="Titolo1"/>
        <w:spacing w:before="0"/>
        <w:jc w:val="center"/>
        <w:rPr>
          <w:rFonts w:ascii="Times New Roman" w:hAnsi="Times New Roman" w:cs="Times New Roman"/>
          <w:color w:val="auto"/>
          <w:sz w:val="24"/>
          <w:szCs w:val="24"/>
        </w:rPr>
      </w:pPr>
    </w:p>
    <w:p w14:paraId="696515B5" w14:textId="0A1C65A4" w:rsidR="00442B17" w:rsidRPr="009518C3" w:rsidRDefault="00000000" w:rsidP="000A3068">
      <w:pPr>
        <w:pStyle w:val="Titolo1"/>
        <w:spacing w:before="0"/>
        <w:jc w:val="center"/>
        <w:rPr>
          <w:rFonts w:ascii="Times New Roman" w:hAnsi="Times New Roman" w:cs="Times New Roman"/>
          <w:color w:val="auto"/>
          <w:sz w:val="24"/>
          <w:szCs w:val="24"/>
        </w:rPr>
      </w:pPr>
      <w:r w:rsidRPr="009518C3">
        <w:rPr>
          <w:rFonts w:ascii="Times New Roman" w:hAnsi="Times New Roman" w:cs="Times New Roman"/>
          <w:color w:val="auto"/>
          <w:sz w:val="24"/>
          <w:szCs w:val="24"/>
        </w:rPr>
        <w:t>DICHIARAZIONE DI ASSENZA DI CONFLITTO DI INTERESSI</w:t>
      </w:r>
    </w:p>
    <w:p w14:paraId="65FEBF28" w14:textId="77777777" w:rsidR="00442B17" w:rsidRPr="00E906A6" w:rsidRDefault="00000000">
      <w:pPr>
        <w:spacing w:after="60"/>
        <w:rPr>
          <w:rFonts w:ascii="Times New Roman" w:hAnsi="Times New Roman" w:cs="Times New Roman"/>
          <w:sz w:val="24"/>
          <w:szCs w:val="24"/>
        </w:rPr>
      </w:pPr>
      <w:r w:rsidRPr="00E906A6">
        <w:rPr>
          <w:rFonts w:ascii="Times New Roman" w:hAnsi="Times New Roman" w:cs="Times New Roman"/>
          <w:sz w:val="24"/>
          <w:szCs w:val="24"/>
        </w:rPr>
        <w:t>Il/La sottoscritto/a, con riferimento alla candidatura e all’eventuale conferimento dell’incarico oggetto dell’Avviso,</w:t>
      </w:r>
    </w:p>
    <w:p w14:paraId="78F84BC7" w14:textId="77777777" w:rsidR="00442B17" w:rsidRPr="00E906A6" w:rsidRDefault="00000000">
      <w:pPr>
        <w:spacing w:after="60"/>
        <w:jc w:val="center"/>
        <w:rPr>
          <w:rFonts w:ascii="Times New Roman" w:hAnsi="Times New Roman" w:cs="Times New Roman"/>
          <w:sz w:val="24"/>
          <w:szCs w:val="24"/>
        </w:rPr>
      </w:pPr>
      <w:r w:rsidRPr="00E906A6">
        <w:rPr>
          <w:rFonts w:ascii="Times New Roman" w:hAnsi="Times New Roman" w:cs="Times New Roman"/>
          <w:b/>
          <w:sz w:val="24"/>
          <w:szCs w:val="24"/>
        </w:rPr>
        <w:t>DICHIARA</w:t>
      </w:r>
    </w:p>
    <w:p w14:paraId="688000DC" w14:textId="4E4F69CF" w:rsidR="00442B17" w:rsidRPr="00E906A6" w:rsidRDefault="00000000" w:rsidP="009518C3">
      <w:pPr>
        <w:pStyle w:val="Paragrafoelenco"/>
        <w:numPr>
          <w:ilvl w:val="0"/>
          <w:numId w:val="10"/>
        </w:numPr>
        <w:spacing w:after="60"/>
        <w:jc w:val="both"/>
        <w:rPr>
          <w:rFonts w:ascii="Times New Roman" w:hAnsi="Times New Roman" w:cs="Times New Roman"/>
          <w:sz w:val="24"/>
          <w:szCs w:val="24"/>
        </w:rPr>
      </w:pPr>
      <w:r w:rsidRPr="00E906A6">
        <w:rPr>
          <w:rFonts w:ascii="Times New Roman" w:hAnsi="Times New Roman" w:cs="Times New Roman"/>
          <w:sz w:val="24"/>
          <w:szCs w:val="24"/>
        </w:rPr>
        <w:t>di non trovarsi, alla data di sottoscrizione della presente domanda, in situazioni di conflitto di interessi, anche potenziale, che possano compromettere l’imparzialità e l’indipendenza nello svolgimento dell’incarico;</w:t>
      </w:r>
    </w:p>
    <w:p w14:paraId="11ADE399" w14:textId="743E1F8A" w:rsidR="00442B17" w:rsidRPr="00E906A6" w:rsidRDefault="00000000" w:rsidP="009518C3">
      <w:pPr>
        <w:pStyle w:val="Paragrafoelenco"/>
        <w:numPr>
          <w:ilvl w:val="0"/>
          <w:numId w:val="10"/>
        </w:numPr>
        <w:spacing w:after="60"/>
        <w:jc w:val="both"/>
        <w:rPr>
          <w:rFonts w:ascii="Times New Roman" w:hAnsi="Times New Roman" w:cs="Times New Roman"/>
          <w:sz w:val="24"/>
          <w:szCs w:val="24"/>
        </w:rPr>
      </w:pPr>
      <w:r w:rsidRPr="00E906A6">
        <w:rPr>
          <w:rFonts w:ascii="Times New Roman" w:hAnsi="Times New Roman" w:cs="Times New Roman"/>
          <w:sz w:val="24"/>
          <w:szCs w:val="24"/>
        </w:rPr>
        <w:t>di non essere a conoscenza di circostanze o interessi personali, finanziari o di altra natura che possano determinare, anche solo potenzialmente, una situazione di conflitto rispetto alle attività oggetto dell’incarico;</w:t>
      </w:r>
    </w:p>
    <w:p w14:paraId="570118BB" w14:textId="36A59B14" w:rsidR="00442B17" w:rsidRPr="00E906A6" w:rsidRDefault="00000000" w:rsidP="009518C3">
      <w:pPr>
        <w:pStyle w:val="Paragrafoelenco"/>
        <w:numPr>
          <w:ilvl w:val="0"/>
          <w:numId w:val="10"/>
        </w:numPr>
        <w:spacing w:after="60"/>
        <w:jc w:val="both"/>
        <w:rPr>
          <w:rFonts w:ascii="Times New Roman" w:hAnsi="Times New Roman" w:cs="Times New Roman"/>
          <w:sz w:val="24"/>
          <w:szCs w:val="24"/>
        </w:rPr>
      </w:pPr>
      <w:r w:rsidRPr="00E906A6">
        <w:rPr>
          <w:rFonts w:ascii="Times New Roman" w:hAnsi="Times New Roman" w:cs="Times New Roman"/>
          <w:sz w:val="24"/>
          <w:szCs w:val="24"/>
        </w:rPr>
        <w:t>di impegnarsi a comunicare tempestivamente al Dirigente Scolastico qualsiasi situazione di conflitto di interessi, anche potenziale, sopravvenuta o di cui venga a conoscenza successivamente, astenendosi dalle attività interessate secondo le indicazioni ricevute;</w:t>
      </w:r>
    </w:p>
    <w:p w14:paraId="601EA7F5" w14:textId="1A8CC4D6" w:rsidR="00442B17" w:rsidRPr="00E906A6" w:rsidRDefault="00000000" w:rsidP="009518C3">
      <w:pPr>
        <w:pStyle w:val="Paragrafoelenco"/>
        <w:numPr>
          <w:ilvl w:val="0"/>
          <w:numId w:val="10"/>
        </w:numPr>
        <w:spacing w:after="60"/>
        <w:jc w:val="both"/>
        <w:rPr>
          <w:rFonts w:ascii="Times New Roman" w:hAnsi="Times New Roman" w:cs="Times New Roman"/>
          <w:sz w:val="24"/>
          <w:szCs w:val="24"/>
        </w:rPr>
      </w:pPr>
      <w:r w:rsidRPr="00E906A6">
        <w:rPr>
          <w:rFonts w:ascii="Times New Roman" w:hAnsi="Times New Roman" w:cs="Times New Roman"/>
          <w:sz w:val="24"/>
          <w:szCs w:val="24"/>
        </w:rPr>
        <w:t>di essere consapevole che la presente dichiarazione è resa ai fini della procedura e dell’eventuale conferimento dell’incarico, e che l’Istituto potrà richiedere chiarimenti o integrazioni.</w:t>
      </w:r>
    </w:p>
    <w:p w14:paraId="131E3CAC" w14:textId="77777777" w:rsidR="00442B17" w:rsidRDefault="00000000" w:rsidP="00A04033">
      <w:pPr>
        <w:spacing w:after="0" w:line="240" w:lineRule="auto"/>
        <w:jc w:val="both"/>
        <w:rPr>
          <w:rFonts w:ascii="Times New Roman" w:hAnsi="Times New Roman" w:cs="Times New Roman"/>
          <w:sz w:val="24"/>
          <w:szCs w:val="24"/>
        </w:rPr>
      </w:pPr>
      <w:r w:rsidRPr="00E906A6">
        <w:rPr>
          <w:rFonts w:ascii="Times New Roman" w:hAnsi="Times New Roman" w:cs="Times New Roman"/>
          <w:sz w:val="24"/>
          <w:szCs w:val="24"/>
        </w:rPr>
        <w:t>La presente dichiarazione è resa ai sensi dell’art. 6-bis della Legge n. 241/1990 e, per quanto applicabili, dei principi e degli obblighi in materia di prevenzione della corruzione e di comportamento dei dipendenti pubblici.</w:t>
      </w:r>
    </w:p>
    <w:p w14:paraId="62346E5B" w14:textId="77777777" w:rsidR="00442B17" w:rsidRPr="00A04033" w:rsidRDefault="00000000">
      <w:pPr>
        <w:pStyle w:val="Titolo1"/>
        <w:rPr>
          <w:rFonts w:ascii="Times New Roman" w:hAnsi="Times New Roman" w:cs="Times New Roman"/>
          <w:color w:val="auto"/>
          <w:sz w:val="24"/>
          <w:szCs w:val="24"/>
        </w:rPr>
      </w:pPr>
      <w:r w:rsidRPr="00A04033">
        <w:rPr>
          <w:rFonts w:ascii="Times New Roman" w:hAnsi="Times New Roman" w:cs="Times New Roman"/>
          <w:color w:val="auto"/>
          <w:sz w:val="24"/>
          <w:szCs w:val="24"/>
        </w:rPr>
        <w:t>ALLEGATI</w:t>
      </w:r>
    </w:p>
    <w:p w14:paraId="107A8256" w14:textId="5667AB4F" w:rsidR="00442B17" w:rsidRPr="00163233" w:rsidRDefault="00000000" w:rsidP="00163233">
      <w:pPr>
        <w:pStyle w:val="Paragrafoelenco"/>
        <w:numPr>
          <w:ilvl w:val="0"/>
          <w:numId w:val="11"/>
        </w:numPr>
        <w:spacing w:after="40"/>
        <w:rPr>
          <w:rFonts w:ascii="Times New Roman" w:hAnsi="Times New Roman" w:cs="Times New Roman"/>
          <w:sz w:val="24"/>
          <w:szCs w:val="24"/>
        </w:rPr>
      </w:pPr>
      <w:r w:rsidRPr="00163233">
        <w:rPr>
          <w:rFonts w:ascii="Times New Roman" w:hAnsi="Times New Roman" w:cs="Times New Roman"/>
          <w:sz w:val="24"/>
          <w:szCs w:val="24"/>
        </w:rPr>
        <w:t>Curriculum vitae, datato e sottoscritto;</w:t>
      </w:r>
    </w:p>
    <w:p w14:paraId="210FC6F0" w14:textId="13317A54" w:rsidR="00442B17" w:rsidRPr="00163233" w:rsidRDefault="00000000" w:rsidP="00163233">
      <w:pPr>
        <w:pStyle w:val="Paragrafoelenco"/>
        <w:numPr>
          <w:ilvl w:val="0"/>
          <w:numId w:val="11"/>
        </w:numPr>
        <w:spacing w:after="40"/>
        <w:rPr>
          <w:rFonts w:ascii="Times New Roman" w:hAnsi="Times New Roman" w:cs="Times New Roman"/>
          <w:sz w:val="24"/>
          <w:szCs w:val="24"/>
        </w:rPr>
      </w:pPr>
      <w:r w:rsidRPr="00163233">
        <w:rPr>
          <w:rFonts w:ascii="Times New Roman" w:hAnsi="Times New Roman" w:cs="Times New Roman"/>
          <w:sz w:val="24"/>
          <w:szCs w:val="24"/>
        </w:rPr>
        <w:t>Proposta di piano annuale di attività (obbligatoria per la candidatura ad Animatore Digitale, secondo l’Avviso).</w:t>
      </w:r>
    </w:p>
    <w:p w14:paraId="0A3F553B" w14:textId="77777777" w:rsidR="00A04033" w:rsidRPr="00E906A6" w:rsidRDefault="00A04033">
      <w:pPr>
        <w:spacing w:after="40"/>
        <w:rPr>
          <w:rFonts w:ascii="Times New Roman" w:hAnsi="Times New Roman" w:cs="Times New Roman"/>
          <w:sz w:val="24"/>
          <w:szCs w:val="24"/>
        </w:rPr>
      </w:pPr>
    </w:p>
    <w:p w14:paraId="754FB3DC" w14:textId="77777777" w:rsidR="00442B17" w:rsidRPr="00A04033" w:rsidRDefault="00000000" w:rsidP="00A04033">
      <w:pPr>
        <w:pStyle w:val="Titolo1"/>
        <w:spacing w:before="0" w:line="240" w:lineRule="auto"/>
        <w:rPr>
          <w:rFonts w:ascii="Times New Roman" w:hAnsi="Times New Roman" w:cs="Times New Roman"/>
          <w:color w:val="auto"/>
          <w:sz w:val="24"/>
          <w:szCs w:val="24"/>
        </w:rPr>
      </w:pPr>
      <w:r w:rsidRPr="00A04033">
        <w:rPr>
          <w:rFonts w:ascii="Times New Roman" w:hAnsi="Times New Roman" w:cs="Times New Roman"/>
          <w:color w:val="auto"/>
          <w:sz w:val="24"/>
          <w:szCs w:val="24"/>
        </w:rPr>
        <w:t>TRATTAMENTO DEI DATI PERSONALI</w:t>
      </w:r>
    </w:p>
    <w:p w14:paraId="0DB3F47D" w14:textId="77777777" w:rsidR="00442B17" w:rsidRPr="00E906A6" w:rsidRDefault="00000000">
      <w:pPr>
        <w:spacing w:after="140"/>
        <w:rPr>
          <w:rFonts w:ascii="Times New Roman" w:hAnsi="Times New Roman" w:cs="Times New Roman"/>
          <w:sz w:val="24"/>
          <w:szCs w:val="24"/>
        </w:rPr>
      </w:pPr>
      <w:r w:rsidRPr="00E906A6">
        <w:rPr>
          <w:rFonts w:ascii="Times New Roman" w:hAnsi="Times New Roman" w:cs="Times New Roman"/>
          <w:sz w:val="24"/>
          <w:szCs w:val="24"/>
        </w:rPr>
        <w:t>Il/La sottoscritto/a dichiara di aver preso visione dell’informativa sul trattamento dei dati personali adottata dall’Istituto e pubblicata sul sito istituzionale. I dati saranno trattati per le finalità connesse alla procedura e alla gestione degli eventuali incarichi, nel rispetto del Regolamento UE 2016/679 e della normativa nazionale vigente.</w:t>
      </w:r>
    </w:p>
    <w:p w14:paraId="753B2516" w14:textId="77777777" w:rsidR="00162253" w:rsidRDefault="00162253" w:rsidP="00162253">
      <w:pPr>
        <w:pStyle w:val="NormaleWeb"/>
        <w:jc w:val="both"/>
      </w:pPr>
      <w:r>
        <w:t>Il/La sottoscritto/a dichiara di essere consapevole che la candidatura può essere presentata per uno solo dei profili oppure per entrambi, con conseguente possibilità di inserimento in entrambe le graduatorie. Dichiara, altresì, di essere consapevole che, anche in caso di collocazione utile in entrambe le graduatorie, potrà essere conferito un solo incarico, dovendo optare per uno dei due profili.</w:t>
      </w:r>
    </w:p>
    <w:p w14:paraId="559FF9B3" w14:textId="77777777" w:rsidR="00162253" w:rsidRPr="00162253" w:rsidRDefault="00162253">
      <w:pPr>
        <w:rPr>
          <w:rFonts w:ascii="Times New Roman" w:hAnsi="Times New Roman" w:cs="Times New Roman"/>
          <w:sz w:val="24"/>
          <w:szCs w:val="24"/>
          <w:lang w:val="it-IT"/>
        </w:rPr>
      </w:pPr>
    </w:p>
    <w:p w14:paraId="4BB712BC" w14:textId="46917771" w:rsidR="00442B17" w:rsidRPr="00E906A6" w:rsidRDefault="00A04033">
      <w:pPr>
        <w:rPr>
          <w:rFonts w:ascii="Times New Roman" w:hAnsi="Times New Roman" w:cs="Times New Roman"/>
          <w:sz w:val="24"/>
          <w:szCs w:val="24"/>
        </w:rPr>
      </w:pPr>
      <w:r>
        <w:rPr>
          <w:rFonts w:ascii="Times New Roman" w:hAnsi="Times New Roman" w:cs="Times New Roman"/>
          <w:sz w:val="24"/>
          <w:szCs w:val="24"/>
        </w:rPr>
        <w:t>Catanzaro,</w:t>
      </w:r>
      <w:r w:rsidRPr="00E906A6">
        <w:rPr>
          <w:rFonts w:ascii="Times New Roman" w:hAnsi="Times New Roman" w:cs="Times New Roman"/>
          <w:sz w:val="24"/>
          <w:szCs w:val="24"/>
        </w:rPr>
        <w:t xml:space="preserve"> __________________________________</w:t>
      </w:r>
    </w:p>
    <w:p w14:paraId="4956A065" w14:textId="77777777" w:rsidR="00442B17" w:rsidRPr="00E906A6" w:rsidRDefault="00000000">
      <w:pPr>
        <w:spacing w:after="60"/>
        <w:rPr>
          <w:rFonts w:ascii="Times New Roman" w:hAnsi="Times New Roman" w:cs="Times New Roman"/>
          <w:sz w:val="24"/>
          <w:szCs w:val="24"/>
        </w:rPr>
      </w:pPr>
      <w:r w:rsidRPr="00E906A6">
        <w:rPr>
          <w:rFonts w:ascii="Times New Roman" w:hAnsi="Times New Roman" w:cs="Times New Roman"/>
          <w:b/>
          <w:sz w:val="24"/>
          <w:szCs w:val="24"/>
        </w:rPr>
        <w:t>Firma del/della candidato/a ______________________________________________</w:t>
      </w:r>
    </w:p>
    <w:p w14:paraId="5F8EBD92" w14:textId="77777777" w:rsidR="00A04033" w:rsidRDefault="00A04033">
      <w:pPr>
        <w:spacing w:after="40"/>
        <w:rPr>
          <w:rFonts w:ascii="Times New Roman" w:hAnsi="Times New Roman" w:cs="Times New Roman"/>
          <w:sz w:val="24"/>
          <w:szCs w:val="24"/>
        </w:rPr>
      </w:pPr>
    </w:p>
    <w:sectPr w:rsidR="00A04033" w:rsidSect="00034616">
      <w:pgSz w:w="12240" w:h="15840"/>
      <w:pgMar w:top="964" w:right="1134" w:bottom="964"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0C8069" w14:textId="77777777" w:rsidR="00D35984" w:rsidRDefault="00D35984">
      <w:pPr>
        <w:spacing w:after="0" w:line="240" w:lineRule="auto"/>
      </w:pPr>
      <w:r>
        <w:separator/>
      </w:r>
    </w:p>
  </w:endnote>
  <w:endnote w:type="continuationSeparator" w:id="0">
    <w:p w14:paraId="46C37689" w14:textId="77777777" w:rsidR="00D35984" w:rsidRDefault="00D359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A634AD" w14:textId="77777777" w:rsidR="00D35984" w:rsidRDefault="00D35984">
      <w:pPr>
        <w:spacing w:after="0" w:line="240" w:lineRule="auto"/>
      </w:pPr>
      <w:r>
        <w:separator/>
      </w:r>
    </w:p>
  </w:footnote>
  <w:footnote w:type="continuationSeparator" w:id="0">
    <w:p w14:paraId="79417F90" w14:textId="77777777" w:rsidR="00D35984" w:rsidRDefault="00D3598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eroelenco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eroelenco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Puntoelenco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Puntoelenco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eroelenco"/>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Puntoelenco"/>
      <w:lvlText w:val=""/>
      <w:lvlJc w:val="left"/>
      <w:pPr>
        <w:tabs>
          <w:tab w:val="num" w:pos="360"/>
        </w:tabs>
        <w:ind w:left="360" w:hanging="360"/>
      </w:pPr>
      <w:rPr>
        <w:rFonts w:ascii="Symbol" w:hAnsi="Symbol" w:hint="default"/>
      </w:rPr>
    </w:lvl>
  </w:abstractNum>
  <w:abstractNum w:abstractNumId="9" w15:restartNumberingAfterBreak="0">
    <w:nsid w:val="08F14343"/>
    <w:multiLevelType w:val="hybridMultilevel"/>
    <w:tmpl w:val="49024EEA"/>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7CAA4C7E"/>
    <w:multiLevelType w:val="hybridMultilevel"/>
    <w:tmpl w:val="94A653A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323431662">
    <w:abstractNumId w:val="8"/>
  </w:num>
  <w:num w:numId="2" w16cid:durableId="1570723601">
    <w:abstractNumId w:val="6"/>
  </w:num>
  <w:num w:numId="3" w16cid:durableId="2111272616">
    <w:abstractNumId w:val="5"/>
  </w:num>
  <w:num w:numId="4" w16cid:durableId="80879437">
    <w:abstractNumId w:val="4"/>
  </w:num>
  <w:num w:numId="5" w16cid:durableId="25520447">
    <w:abstractNumId w:val="7"/>
  </w:num>
  <w:num w:numId="6" w16cid:durableId="801919045">
    <w:abstractNumId w:val="3"/>
  </w:num>
  <w:num w:numId="7" w16cid:durableId="306396521">
    <w:abstractNumId w:val="2"/>
  </w:num>
  <w:num w:numId="8" w16cid:durableId="461466838">
    <w:abstractNumId w:val="1"/>
  </w:num>
  <w:num w:numId="9" w16cid:durableId="9068827">
    <w:abstractNumId w:val="0"/>
  </w:num>
  <w:num w:numId="10" w16cid:durableId="1875263595">
    <w:abstractNumId w:val="9"/>
  </w:num>
  <w:num w:numId="11" w16cid:durableId="80854754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283"/>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A3068"/>
    <w:rsid w:val="0015074B"/>
    <w:rsid w:val="00162253"/>
    <w:rsid w:val="00163233"/>
    <w:rsid w:val="0029639D"/>
    <w:rsid w:val="00326F90"/>
    <w:rsid w:val="0037589C"/>
    <w:rsid w:val="00442B17"/>
    <w:rsid w:val="005774F8"/>
    <w:rsid w:val="009518C3"/>
    <w:rsid w:val="00A04033"/>
    <w:rsid w:val="00AA1D8D"/>
    <w:rsid w:val="00B47730"/>
    <w:rsid w:val="00B65C19"/>
    <w:rsid w:val="00BA7DCA"/>
    <w:rsid w:val="00CB0664"/>
    <w:rsid w:val="00D35984"/>
    <w:rsid w:val="00D830A7"/>
    <w:rsid w:val="00E906A6"/>
    <w:rsid w:val="00E9305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623FBCD"/>
  <w14:defaultImageDpi w14:val="300"/>
  <w15:docId w15:val="{2CFBE179-394E-4C9D-8C8D-E2412D7CAB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C693F"/>
    <w:rPr>
      <w:rFonts w:ascii="Arial" w:eastAsia="Arial" w:hAnsi="Arial"/>
      <w:sz w:val="20"/>
    </w:rPr>
  </w:style>
  <w:style w:type="paragraph" w:styleId="Titolo1">
    <w:name w:val="heading 1"/>
    <w:basedOn w:val="Normale"/>
    <w:next w:val="Normale"/>
    <w:link w:val="Titolo1Carattere"/>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2"/>
      <w:szCs w:val="28"/>
    </w:rPr>
  </w:style>
  <w:style w:type="paragraph" w:styleId="Titolo2">
    <w:name w:val="heading 2"/>
    <w:basedOn w:val="Normale"/>
    <w:next w:val="Normale"/>
    <w:link w:val="Titolo2Carattere"/>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olo3">
    <w:name w:val="heading 3"/>
    <w:basedOn w:val="Normale"/>
    <w:next w:val="Normale"/>
    <w:link w:val="Titolo3Carattere"/>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olo4">
    <w:name w:val="heading 4"/>
    <w:basedOn w:val="Normale"/>
    <w:next w:val="Normale"/>
    <w:link w:val="Titolo4Carattere"/>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olo5">
    <w:name w:val="heading 5"/>
    <w:basedOn w:val="Normale"/>
    <w:next w:val="Normale"/>
    <w:link w:val="Titolo5Carattere"/>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olo6">
    <w:name w:val="heading 6"/>
    <w:basedOn w:val="Normale"/>
    <w:next w:val="Normale"/>
    <w:link w:val="Titolo6Carattere"/>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olo7">
    <w:name w:val="heading 7"/>
    <w:basedOn w:val="Normale"/>
    <w:next w:val="Normale"/>
    <w:link w:val="Titolo7Carattere"/>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olo8">
    <w:name w:val="heading 8"/>
    <w:basedOn w:val="Normale"/>
    <w:next w:val="Normale"/>
    <w:link w:val="Titolo8Carattere"/>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Titolo9">
    <w:name w:val="heading 9"/>
    <w:basedOn w:val="Normale"/>
    <w:next w:val="Normale"/>
    <w:link w:val="Titolo9Carattere"/>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E618BF"/>
    <w:pPr>
      <w:tabs>
        <w:tab w:val="center" w:pos="4680"/>
        <w:tab w:val="right" w:pos="9360"/>
      </w:tabs>
      <w:spacing w:after="0" w:line="240" w:lineRule="auto"/>
    </w:pPr>
  </w:style>
  <w:style w:type="character" w:customStyle="1" w:styleId="IntestazioneCarattere">
    <w:name w:val="Intestazione Carattere"/>
    <w:basedOn w:val="Carpredefinitoparagrafo"/>
    <w:link w:val="Intestazione"/>
    <w:uiPriority w:val="99"/>
    <w:rsid w:val="00E618BF"/>
  </w:style>
  <w:style w:type="paragraph" w:styleId="Pidipagina">
    <w:name w:val="footer"/>
    <w:basedOn w:val="Normale"/>
    <w:link w:val="PidipaginaCarattere"/>
    <w:uiPriority w:val="99"/>
    <w:unhideWhenUsed/>
    <w:rsid w:val="00E618BF"/>
    <w:pPr>
      <w:tabs>
        <w:tab w:val="center" w:pos="4680"/>
        <w:tab w:val="right" w:pos="9360"/>
      </w:tabs>
      <w:spacing w:after="0" w:line="240" w:lineRule="auto"/>
    </w:pPr>
  </w:style>
  <w:style w:type="character" w:customStyle="1" w:styleId="PidipaginaCarattere">
    <w:name w:val="Piè di pagina Carattere"/>
    <w:basedOn w:val="Carpredefinitoparagrafo"/>
    <w:link w:val="Pidipagina"/>
    <w:uiPriority w:val="99"/>
    <w:rsid w:val="00E618BF"/>
  </w:style>
  <w:style w:type="paragraph" w:styleId="Nessunaspaziatura">
    <w:name w:val="No Spacing"/>
    <w:uiPriority w:val="1"/>
    <w:qFormat/>
    <w:rsid w:val="00FC693F"/>
    <w:pPr>
      <w:spacing w:after="0" w:line="240" w:lineRule="auto"/>
    </w:pPr>
  </w:style>
  <w:style w:type="character" w:customStyle="1" w:styleId="Titolo1Carattere">
    <w:name w:val="Titolo 1 Carattere"/>
    <w:basedOn w:val="Carpredefinitoparagrafo"/>
    <w:link w:val="Tito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olo2Carattere">
    <w:name w:val="Titolo 2 Carattere"/>
    <w:basedOn w:val="Carpredefinitoparagrafo"/>
    <w:link w:val="Titolo2"/>
    <w:uiPriority w:val="9"/>
    <w:rsid w:val="00FC693F"/>
    <w:rPr>
      <w:rFonts w:asciiTheme="majorHAnsi" w:eastAsiaTheme="majorEastAsia" w:hAnsiTheme="majorHAnsi" w:cstheme="majorBidi"/>
      <w:b/>
      <w:bCs/>
      <w:color w:val="4F81BD" w:themeColor="accent1"/>
      <w:sz w:val="26"/>
      <w:szCs w:val="26"/>
    </w:rPr>
  </w:style>
  <w:style w:type="character" w:customStyle="1" w:styleId="Titolo3Carattere">
    <w:name w:val="Titolo 3 Carattere"/>
    <w:basedOn w:val="Carpredefinitoparagrafo"/>
    <w:link w:val="Titolo3"/>
    <w:uiPriority w:val="9"/>
    <w:rsid w:val="00FC693F"/>
    <w:rPr>
      <w:rFonts w:asciiTheme="majorHAnsi" w:eastAsiaTheme="majorEastAsia" w:hAnsiTheme="majorHAnsi" w:cstheme="majorBidi"/>
      <w:b/>
      <w:bCs/>
      <w:color w:val="4F81BD" w:themeColor="accent1"/>
    </w:rPr>
  </w:style>
  <w:style w:type="paragraph" w:styleId="Titolo">
    <w:name w:val="Title"/>
    <w:basedOn w:val="Normale"/>
    <w:next w:val="Normale"/>
    <w:link w:val="TitoloCarattere"/>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30"/>
      <w:szCs w:val="52"/>
    </w:rPr>
  </w:style>
  <w:style w:type="character" w:customStyle="1" w:styleId="TitoloCarattere">
    <w:name w:val="Titolo Carattere"/>
    <w:basedOn w:val="Carpredefinitoparagrafo"/>
    <w:link w:val="Tito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ttotitolo">
    <w:name w:val="Subtitle"/>
    <w:basedOn w:val="Normale"/>
    <w:next w:val="Normale"/>
    <w:link w:val="SottotitoloCarattere"/>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ttotitoloCarattere">
    <w:name w:val="Sottotitolo Carattere"/>
    <w:basedOn w:val="Carpredefinitoparagrafo"/>
    <w:link w:val="Sottotitolo"/>
    <w:uiPriority w:val="11"/>
    <w:rsid w:val="00FC693F"/>
    <w:rPr>
      <w:rFonts w:asciiTheme="majorHAnsi" w:eastAsiaTheme="majorEastAsia" w:hAnsiTheme="majorHAnsi" w:cstheme="majorBidi"/>
      <w:i/>
      <w:iCs/>
      <w:color w:val="4F81BD" w:themeColor="accent1"/>
      <w:spacing w:val="15"/>
      <w:sz w:val="24"/>
      <w:szCs w:val="24"/>
    </w:rPr>
  </w:style>
  <w:style w:type="paragraph" w:styleId="Paragrafoelenco">
    <w:name w:val="List Paragraph"/>
    <w:basedOn w:val="Normale"/>
    <w:uiPriority w:val="34"/>
    <w:qFormat/>
    <w:rsid w:val="00FC693F"/>
    <w:pPr>
      <w:ind w:left="720"/>
      <w:contextualSpacing/>
    </w:pPr>
  </w:style>
  <w:style w:type="paragraph" w:styleId="Corpotesto">
    <w:name w:val="Body Text"/>
    <w:basedOn w:val="Normale"/>
    <w:link w:val="CorpotestoCarattere"/>
    <w:uiPriority w:val="99"/>
    <w:unhideWhenUsed/>
    <w:rsid w:val="00AA1D8D"/>
    <w:pPr>
      <w:spacing w:after="120"/>
    </w:pPr>
  </w:style>
  <w:style w:type="character" w:customStyle="1" w:styleId="CorpotestoCarattere">
    <w:name w:val="Corpo testo Carattere"/>
    <w:basedOn w:val="Carpredefinitoparagrafo"/>
    <w:link w:val="Corpotesto"/>
    <w:uiPriority w:val="99"/>
    <w:rsid w:val="00AA1D8D"/>
  </w:style>
  <w:style w:type="paragraph" w:styleId="Corpodeltesto2">
    <w:name w:val="Body Text 2"/>
    <w:basedOn w:val="Normale"/>
    <w:link w:val="Corpodeltesto2Carattere"/>
    <w:uiPriority w:val="99"/>
    <w:unhideWhenUsed/>
    <w:rsid w:val="00AA1D8D"/>
    <w:pPr>
      <w:spacing w:after="120" w:line="480" w:lineRule="auto"/>
    </w:pPr>
  </w:style>
  <w:style w:type="character" w:customStyle="1" w:styleId="Corpodeltesto2Carattere">
    <w:name w:val="Corpo del testo 2 Carattere"/>
    <w:basedOn w:val="Carpredefinitoparagrafo"/>
    <w:link w:val="Corpodeltesto2"/>
    <w:uiPriority w:val="99"/>
    <w:rsid w:val="00AA1D8D"/>
  </w:style>
  <w:style w:type="paragraph" w:styleId="Corpodeltesto3">
    <w:name w:val="Body Text 3"/>
    <w:basedOn w:val="Normale"/>
    <w:link w:val="Corpodeltesto3Carattere"/>
    <w:uiPriority w:val="99"/>
    <w:unhideWhenUsed/>
    <w:rsid w:val="00AA1D8D"/>
    <w:pPr>
      <w:spacing w:after="120"/>
    </w:pPr>
    <w:rPr>
      <w:sz w:val="16"/>
      <w:szCs w:val="16"/>
    </w:rPr>
  </w:style>
  <w:style w:type="character" w:customStyle="1" w:styleId="Corpodeltesto3Carattere">
    <w:name w:val="Corpo del testo 3 Carattere"/>
    <w:basedOn w:val="Carpredefinitoparagrafo"/>
    <w:link w:val="Corpodeltesto3"/>
    <w:uiPriority w:val="99"/>
    <w:rsid w:val="00AA1D8D"/>
    <w:rPr>
      <w:sz w:val="16"/>
      <w:szCs w:val="16"/>
    </w:rPr>
  </w:style>
  <w:style w:type="paragraph" w:styleId="Elenco">
    <w:name w:val="List"/>
    <w:basedOn w:val="Normale"/>
    <w:uiPriority w:val="99"/>
    <w:unhideWhenUsed/>
    <w:rsid w:val="00AA1D8D"/>
    <w:pPr>
      <w:ind w:left="360" w:hanging="360"/>
      <w:contextualSpacing/>
    </w:pPr>
  </w:style>
  <w:style w:type="paragraph" w:styleId="Elenco2">
    <w:name w:val="List 2"/>
    <w:basedOn w:val="Normale"/>
    <w:uiPriority w:val="99"/>
    <w:unhideWhenUsed/>
    <w:rsid w:val="00326F90"/>
    <w:pPr>
      <w:ind w:left="720" w:hanging="360"/>
      <w:contextualSpacing/>
    </w:pPr>
  </w:style>
  <w:style w:type="paragraph" w:styleId="Elenco3">
    <w:name w:val="List 3"/>
    <w:basedOn w:val="Normale"/>
    <w:uiPriority w:val="99"/>
    <w:unhideWhenUsed/>
    <w:rsid w:val="00326F90"/>
    <w:pPr>
      <w:ind w:left="1080" w:hanging="360"/>
      <w:contextualSpacing/>
    </w:pPr>
  </w:style>
  <w:style w:type="paragraph" w:styleId="Puntoelenco">
    <w:name w:val="List Bullet"/>
    <w:basedOn w:val="Normale"/>
    <w:uiPriority w:val="99"/>
    <w:unhideWhenUsed/>
    <w:rsid w:val="00326F90"/>
    <w:pPr>
      <w:numPr>
        <w:numId w:val="1"/>
      </w:numPr>
      <w:contextualSpacing/>
    </w:pPr>
  </w:style>
  <w:style w:type="paragraph" w:styleId="Puntoelenco2">
    <w:name w:val="List Bullet 2"/>
    <w:basedOn w:val="Normale"/>
    <w:uiPriority w:val="99"/>
    <w:unhideWhenUsed/>
    <w:rsid w:val="00326F90"/>
    <w:pPr>
      <w:numPr>
        <w:numId w:val="2"/>
      </w:numPr>
      <w:contextualSpacing/>
    </w:pPr>
  </w:style>
  <w:style w:type="paragraph" w:styleId="Puntoelenco3">
    <w:name w:val="List Bullet 3"/>
    <w:basedOn w:val="Normale"/>
    <w:uiPriority w:val="99"/>
    <w:unhideWhenUsed/>
    <w:rsid w:val="00326F90"/>
    <w:pPr>
      <w:numPr>
        <w:numId w:val="3"/>
      </w:numPr>
      <w:contextualSpacing/>
    </w:pPr>
  </w:style>
  <w:style w:type="paragraph" w:styleId="Numeroelenco">
    <w:name w:val="List Number"/>
    <w:basedOn w:val="Normale"/>
    <w:uiPriority w:val="99"/>
    <w:unhideWhenUsed/>
    <w:rsid w:val="00326F90"/>
    <w:pPr>
      <w:numPr>
        <w:numId w:val="5"/>
      </w:numPr>
      <w:contextualSpacing/>
    </w:pPr>
  </w:style>
  <w:style w:type="paragraph" w:styleId="Numeroelenco2">
    <w:name w:val="List Number 2"/>
    <w:basedOn w:val="Normale"/>
    <w:uiPriority w:val="99"/>
    <w:unhideWhenUsed/>
    <w:rsid w:val="0029639D"/>
    <w:pPr>
      <w:numPr>
        <w:numId w:val="6"/>
      </w:numPr>
      <w:contextualSpacing/>
    </w:pPr>
  </w:style>
  <w:style w:type="paragraph" w:styleId="Numeroelenco3">
    <w:name w:val="List Number 3"/>
    <w:basedOn w:val="Normale"/>
    <w:uiPriority w:val="99"/>
    <w:unhideWhenUsed/>
    <w:rsid w:val="0029639D"/>
    <w:pPr>
      <w:numPr>
        <w:numId w:val="7"/>
      </w:numPr>
      <w:contextualSpacing/>
    </w:pPr>
  </w:style>
  <w:style w:type="paragraph" w:styleId="Elencocontinua">
    <w:name w:val="List Continue"/>
    <w:basedOn w:val="Normale"/>
    <w:uiPriority w:val="99"/>
    <w:unhideWhenUsed/>
    <w:rsid w:val="0029639D"/>
    <w:pPr>
      <w:spacing w:after="120"/>
      <w:ind w:left="360"/>
      <w:contextualSpacing/>
    </w:pPr>
  </w:style>
  <w:style w:type="paragraph" w:styleId="Elencocontinua2">
    <w:name w:val="List Continue 2"/>
    <w:basedOn w:val="Normale"/>
    <w:uiPriority w:val="99"/>
    <w:unhideWhenUsed/>
    <w:rsid w:val="0029639D"/>
    <w:pPr>
      <w:spacing w:after="120"/>
      <w:ind w:left="720"/>
      <w:contextualSpacing/>
    </w:pPr>
  </w:style>
  <w:style w:type="paragraph" w:styleId="Elencocontinua3">
    <w:name w:val="List Continue 3"/>
    <w:basedOn w:val="Normale"/>
    <w:uiPriority w:val="99"/>
    <w:unhideWhenUsed/>
    <w:rsid w:val="0029639D"/>
    <w:pPr>
      <w:spacing w:after="120"/>
      <w:ind w:left="1080"/>
      <w:contextualSpacing/>
    </w:pPr>
  </w:style>
  <w:style w:type="paragraph" w:styleId="Testomacro">
    <w:name w:val="macro"/>
    <w:link w:val="TestomacroCarattere"/>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stomacroCarattere">
    <w:name w:val="Testo macro Carattere"/>
    <w:basedOn w:val="Carpredefinitoparagrafo"/>
    <w:link w:val="Testomacro"/>
    <w:uiPriority w:val="99"/>
    <w:rsid w:val="0029639D"/>
    <w:rPr>
      <w:rFonts w:ascii="Courier" w:hAnsi="Courier"/>
      <w:sz w:val="20"/>
      <w:szCs w:val="20"/>
    </w:rPr>
  </w:style>
  <w:style w:type="paragraph" w:styleId="Citazione">
    <w:name w:val="Quote"/>
    <w:basedOn w:val="Normale"/>
    <w:next w:val="Normale"/>
    <w:link w:val="CitazioneCarattere"/>
    <w:uiPriority w:val="29"/>
    <w:qFormat/>
    <w:rsid w:val="00FC693F"/>
    <w:rPr>
      <w:i/>
      <w:iCs/>
      <w:color w:val="000000" w:themeColor="text1"/>
    </w:rPr>
  </w:style>
  <w:style w:type="character" w:customStyle="1" w:styleId="CitazioneCarattere">
    <w:name w:val="Citazione Carattere"/>
    <w:basedOn w:val="Carpredefinitoparagrafo"/>
    <w:link w:val="Citazione"/>
    <w:uiPriority w:val="29"/>
    <w:rsid w:val="00FC693F"/>
    <w:rPr>
      <w:i/>
      <w:iCs/>
      <w:color w:val="000000" w:themeColor="text1"/>
    </w:rPr>
  </w:style>
  <w:style w:type="character" w:customStyle="1" w:styleId="Titolo4Carattere">
    <w:name w:val="Titolo 4 Carattere"/>
    <w:basedOn w:val="Carpredefinitoparagrafo"/>
    <w:link w:val="Titolo4"/>
    <w:uiPriority w:val="9"/>
    <w:semiHidden/>
    <w:rsid w:val="00FC693F"/>
    <w:rPr>
      <w:rFonts w:asciiTheme="majorHAnsi" w:eastAsiaTheme="majorEastAsia" w:hAnsiTheme="majorHAnsi" w:cstheme="majorBidi"/>
      <w:b/>
      <w:bCs/>
      <w:i/>
      <w:iCs/>
      <w:color w:val="4F81BD" w:themeColor="accent1"/>
    </w:rPr>
  </w:style>
  <w:style w:type="character" w:customStyle="1" w:styleId="Titolo5Carattere">
    <w:name w:val="Titolo 5 Carattere"/>
    <w:basedOn w:val="Carpredefinitoparagrafo"/>
    <w:link w:val="Titolo5"/>
    <w:uiPriority w:val="9"/>
    <w:semiHidden/>
    <w:rsid w:val="00FC693F"/>
    <w:rPr>
      <w:rFonts w:asciiTheme="majorHAnsi" w:eastAsiaTheme="majorEastAsia" w:hAnsiTheme="majorHAnsi" w:cstheme="majorBidi"/>
      <w:color w:val="243F60" w:themeColor="accent1" w:themeShade="7F"/>
    </w:rPr>
  </w:style>
  <w:style w:type="character" w:customStyle="1" w:styleId="Titolo6Carattere">
    <w:name w:val="Titolo 6 Carattere"/>
    <w:basedOn w:val="Carpredefinitoparagrafo"/>
    <w:link w:val="Titolo6"/>
    <w:uiPriority w:val="9"/>
    <w:semiHidden/>
    <w:rsid w:val="00FC693F"/>
    <w:rPr>
      <w:rFonts w:asciiTheme="majorHAnsi" w:eastAsiaTheme="majorEastAsia" w:hAnsiTheme="majorHAnsi" w:cstheme="majorBidi"/>
      <w:i/>
      <w:iCs/>
      <w:color w:val="243F60" w:themeColor="accent1" w:themeShade="7F"/>
    </w:rPr>
  </w:style>
  <w:style w:type="character" w:customStyle="1" w:styleId="Titolo7Carattere">
    <w:name w:val="Titolo 7 Carattere"/>
    <w:basedOn w:val="Carpredefinitoparagrafo"/>
    <w:link w:val="Titolo7"/>
    <w:uiPriority w:val="9"/>
    <w:semiHidden/>
    <w:rsid w:val="00FC693F"/>
    <w:rPr>
      <w:rFonts w:asciiTheme="majorHAnsi" w:eastAsiaTheme="majorEastAsia" w:hAnsiTheme="majorHAnsi" w:cstheme="majorBidi"/>
      <w:i/>
      <w:iCs/>
      <w:color w:val="404040" w:themeColor="text1" w:themeTint="BF"/>
    </w:rPr>
  </w:style>
  <w:style w:type="character" w:customStyle="1" w:styleId="Titolo8Carattere">
    <w:name w:val="Titolo 8 Carattere"/>
    <w:basedOn w:val="Carpredefinitoparagrafo"/>
    <w:link w:val="Titolo8"/>
    <w:uiPriority w:val="9"/>
    <w:semiHidden/>
    <w:rsid w:val="00FC693F"/>
    <w:rPr>
      <w:rFonts w:asciiTheme="majorHAnsi" w:eastAsiaTheme="majorEastAsia" w:hAnsiTheme="majorHAnsi" w:cstheme="majorBidi"/>
      <w:color w:val="4F81BD" w:themeColor="accent1"/>
      <w:sz w:val="20"/>
      <w:szCs w:val="20"/>
    </w:rPr>
  </w:style>
  <w:style w:type="character" w:customStyle="1" w:styleId="Titolo9Carattere">
    <w:name w:val="Titolo 9 Carattere"/>
    <w:basedOn w:val="Carpredefinitoparagrafo"/>
    <w:link w:val="Titolo9"/>
    <w:uiPriority w:val="9"/>
    <w:semiHidden/>
    <w:rsid w:val="00FC693F"/>
    <w:rPr>
      <w:rFonts w:asciiTheme="majorHAnsi" w:eastAsiaTheme="majorEastAsia" w:hAnsiTheme="majorHAnsi" w:cstheme="majorBidi"/>
      <w:i/>
      <w:iCs/>
      <w:color w:val="404040" w:themeColor="text1" w:themeTint="BF"/>
      <w:sz w:val="20"/>
      <w:szCs w:val="20"/>
    </w:rPr>
  </w:style>
  <w:style w:type="paragraph" w:styleId="Didascalia">
    <w:name w:val="caption"/>
    <w:basedOn w:val="Normale"/>
    <w:next w:val="Normale"/>
    <w:uiPriority w:val="35"/>
    <w:semiHidden/>
    <w:unhideWhenUsed/>
    <w:qFormat/>
    <w:rsid w:val="00FC693F"/>
    <w:pPr>
      <w:spacing w:line="240" w:lineRule="auto"/>
    </w:pPr>
    <w:rPr>
      <w:b/>
      <w:bCs/>
      <w:color w:val="4F81BD" w:themeColor="accent1"/>
      <w:sz w:val="18"/>
      <w:szCs w:val="18"/>
    </w:rPr>
  </w:style>
  <w:style w:type="character" w:styleId="Enfasigrassetto">
    <w:name w:val="Strong"/>
    <w:basedOn w:val="Carpredefinitoparagrafo"/>
    <w:uiPriority w:val="22"/>
    <w:qFormat/>
    <w:rsid w:val="00FC693F"/>
    <w:rPr>
      <w:b/>
      <w:bCs/>
    </w:rPr>
  </w:style>
  <w:style w:type="character" w:styleId="Enfasicorsivo">
    <w:name w:val="Emphasis"/>
    <w:basedOn w:val="Carpredefinitoparagrafo"/>
    <w:uiPriority w:val="20"/>
    <w:qFormat/>
    <w:rsid w:val="00FC693F"/>
    <w:rPr>
      <w:i/>
      <w:iCs/>
    </w:rPr>
  </w:style>
  <w:style w:type="paragraph" w:styleId="Citazioneintensa">
    <w:name w:val="Intense Quote"/>
    <w:basedOn w:val="Normale"/>
    <w:next w:val="Normale"/>
    <w:link w:val="CitazioneintensaCarattere"/>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zioneintensaCarattere">
    <w:name w:val="Citazione intensa Carattere"/>
    <w:basedOn w:val="Carpredefinitoparagrafo"/>
    <w:link w:val="Citazioneintensa"/>
    <w:uiPriority w:val="30"/>
    <w:rsid w:val="00FC693F"/>
    <w:rPr>
      <w:b/>
      <w:bCs/>
      <w:i/>
      <w:iCs/>
      <w:color w:val="4F81BD" w:themeColor="accent1"/>
    </w:rPr>
  </w:style>
  <w:style w:type="character" w:styleId="Enfasidelicata">
    <w:name w:val="Subtle Emphasis"/>
    <w:basedOn w:val="Carpredefinitoparagrafo"/>
    <w:uiPriority w:val="19"/>
    <w:qFormat/>
    <w:rsid w:val="00FC693F"/>
    <w:rPr>
      <w:i/>
      <w:iCs/>
      <w:color w:val="808080" w:themeColor="text1" w:themeTint="7F"/>
    </w:rPr>
  </w:style>
  <w:style w:type="character" w:styleId="Enfasiintensa">
    <w:name w:val="Intense Emphasis"/>
    <w:basedOn w:val="Carpredefinitoparagrafo"/>
    <w:uiPriority w:val="21"/>
    <w:qFormat/>
    <w:rsid w:val="00FC693F"/>
    <w:rPr>
      <w:b/>
      <w:bCs/>
      <w:i/>
      <w:iCs/>
      <w:color w:val="4F81BD" w:themeColor="accent1"/>
    </w:rPr>
  </w:style>
  <w:style w:type="character" w:styleId="Riferimentodelicato">
    <w:name w:val="Subtle Reference"/>
    <w:basedOn w:val="Carpredefinitoparagrafo"/>
    <w:uiPriority w:val="31"/>
    <w:qFormat/>
    <w:rsid w:val="00FC693F"/>
    <w:rPr>
      <w:smallCaps/>
      <w:color w:val="C0504D" w:themeColor="accent2"/>
      <w:u w:val="single"/>
    </w:rPr>
  </w:style>
  <w:style w:type="character" w:styleId="Riferimentointenso">
    <w:name w:val="Intense Reference"/>
    <w:basedOn w:val="Carpredefinitoparagrafo"/>
    <w:uiPriority w:val="32"/>
    <w:qFormat/>
    <w:rsid w:val="00FC693F"/>
    <w:rPr>
      <w:b/>
      <w:bCs/>
      <w:smallCaps/>
      <w:color w:val="C0504D" w:themeColor="accent2"/>
      <w:spacing w:val="5"/>
      <w:u w:val="single"/>
    </w:rPr>
  </w:style>
  <w:style w:type="character" w:styleId="Titolodellibro">
    <w:name w:val="Book Title"/>
    <w:basedOn w:val="Carpredefinitoparagrafo"/>
    <w:uiPriority w:val="33"/>
    <w:qFormat/>
    <w:rsid w:val="00FC693F"/>
    <w:rPr>
      <w:b/>
      <w:bCs/>
      <w:smallCaps/>
      <w:spacing w:val="5"/>
    </w:rPr>
  </w:style>
  <w:style w:type="paragraph" w:styleId="Titolosommario">
    <w:name w:val="TOC Heading"/>
    <w:basedOn w:val="Titolo1"/>
    <w:next w:val="Normale"/>
    <w:uiPriority w:val="39"/>
    <w:semiHidden/>
    <w:unhideWhenUsed/>
    <w:qFormat/>
    <w:rsid w:val="00FC693F"/>
    <w:pPr>
      <w:outlineLvl w:val="9"/>
    </w:pPr>
  </w:style>
  <w:style w:type="table" w:styleId="Grigliatabella">
    <w:name w:val="Table Grid"/>
    <w:basedOn w:val="Tabellanorma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fondochiaro">
    <w:name w:val="Light Shading"/>
    <w:basedOn w:val="Tabellanorma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fondochiaro-Colore1">
    <w:name w:val="Light Shading Accent 1"/>
    <w:basedOn w:val="Tabellanorma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fondochiaro-Colore2">
    <w:name w:val="Light Shading Accent 2"/>
    <w:basedOn w:val="Tabellanorma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fondochiaro-Colore3">
    <w:name w:val="Light Shading Accent 3"/>
    <w:basedOn w:val="Tabellanorma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fondochiaro-Colore4">
    <w:name w:val="Light Shading Accent 4"/>
    <w:basedOn w:val="Tabellanorma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fondochiaro-Colore5">
    <w:name w:val="Light Shading Accent 5"/>
    <w:basedOn w:val="Tabellanorma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fondochiaro-Colore6">
    <w:name w:val="Light Shading Accent 6"/>
    <w:basedOn w:val="Tabellanorma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Elencochiaro">
    <w:name w:val="Light List"/>
    <w:basedOn w:val="Tabellanorma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Elencochiaro-Colore1">
    <w:name w:val="Light List Accent 1"/>
    <w:basedOn w:val="Tabellanorma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Elencochiaro-Colore2">
    <w:name w:val="Light List Accent 2"/>
    <w:basedOn w:val="Tabellanorma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Elencochiaro-Colore3">
    <w:name w:val="Light List Accent 3"/>
    <w:basedOn w:val="Tabellanorma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Elencochiaro-Colore4">
    <w:name w:val="Light List Accent 4"/>
    <w:basedOn w:val="Tabellanorma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Elencochiaro-Colore5">
    <w:name w:val="Light List Accent 5"/>
    <w:basedOn w:val="Tabellanorma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Elencochiaro-Colore6">
    <w:name w:val="Light List Accent 6"/>
    <w:basedOn w:val="Tabellanorma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gliachiara">
    <w:name w:val="Light Grid"/>
    <w:basedOn w:val="Tabellanorma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gliachiara-Colore1">
    <w:name w:val="Light Grid Accent 1"/>
    <w:basedOn w:val="Tabellanorma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gliachiara-Colore2">
    <w:name w:val="Light Grid Accent 2"/>
    <w:basedOn w:val="Tabellanorma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gliachiara-Colore3">
    <w:name w:val="Light Grid Accent 3"/>
    <w:basedOn w:val="Tabellanorma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gliachiara-Colore4">
    <w:name w:val="Light Grid Accent 4"/>
    <w:basedOn w:val="Tabellanorma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gliachiara-Colore5">
    <w:name w:val="Light Grid Accent 5"/>
    <w:basedOn w:val="Tabellanorma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gliachiara-Colore6">
    <w:name w:val="Light Grid Accent 6"/>
    <w:basedOn w:val="Tabellanorma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fondomedio1">
    <w:name w:val="Medium Shading 1"/>
    <w:basedOn w:val="Tabellanorma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fondomedio1-Colore1">
    <w:name w:val="Medium Shading 1 Accent 1"/>
    <w:basedOn w:val="Tabellanorma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fondomedio1-Colore2">
    <w:name w:val="Medium Shading 1 Accent 2"/>
    <w:basedOn w:val="Tabellanorma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fondomedio1-Colore3">
    <w:name w:val="Medium Shading 1 Accent 3"/>
    <w:basedOn w:val="Tabellanorma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fondomedio1-Colore4">
    <w:name w:val="Medium Shading 1 Accent 4"/>
    <w:basedOn w:val="Tabellanorma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fondomedio1-Colore5">
    <w:name w:val="Medium Shading 1 Accent 5"/>
    <w:basedOn w:val="Tabellanorma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fondomedio1-Colore6">
    <w:name w:val="Medium Shading 1 Accent 6"/>
    <w:basedOn w:val="Tabellanorma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fondomedio2">
    <w:name w:val="Medium Shading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1">
    <w:name w:val="Medium Shading 2 Accent 1"/>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2">
    <w:name w:val="Medium Shading 2 Accent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3">
    <w:name w:val="Medium Shading 2 Accent 3"/>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4">
    <w:name w:val="Medium Shading 2 Accent 4"/>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5">
    <w:name w:val="Medium Shading 2 Accent 5"/>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6">
    <w:name w:val="Medium Shading 2 Accent 6"/>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Elencomedio1">
    <w:name w:val="Medium List 1"/>
    <w:basedOn w:val="Tabellanorma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Elencomedio1-Colore1">
    <w:name w:val="Medium List 1 Accent 1"/>
    <w:basedOn w:val="Tabellanorma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Elencomedio1-Colore2">
    <w:name w:val="Medium List 1 Accent 2"/>
    <w:basedOn w:val="Tabellanorma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Elencomedio1-Colore3">
    <w:name w:val="Medium List 1 Accent 3"/>
    <w:basedOn w:val="Tabellanorma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Elencomedio1-Colore4">
    <w:name w:val="Medium List 1 Accent 4"/>
    <w:basedOn w:val="Tabellanorma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Elencomedio1-Colore5">
    <w:name w:val="Medium List 1 Accent 5"/>
    <w:basedOn w:val="Tabellanorma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Elencomedio1-Colore6">
    <w:name w:val="Medium List 1 Accent 6"/>
    <w:basedOn w:val="Tabellanorma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Elencomedio2">
    <w:name w:val="Medium Lis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1">
    <w:name w:val="Medium List 2 Accent 1"/>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2">
    <w:name w:val="Medium List 2 Accen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3">
    <w:name w:val="Medium List 2 Accent 3"/>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4">
    <w:name w:val="Medium List 2 Accent 4"/>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5">
    <w:name w:val="Medium List 2 Accent 5"/>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6">
    <w:name w:val="Medium List 2 Accent 6"/>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gliamedia1">
    <w:name w:val="Medium Grid 1"/>
    <w:basedOn w:val="Tabellanorma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media1-Colore1">
    <w:name w:val="Medium Grid 1 Accent 1"/>
    <w:basedOn w:val="Tabellanorma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media1-Colore2">
    <w:name w:val="Medium Grid 1 Accent 2"/>
    <w:basedOn w:val="Tabellanorma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media1-Colore3">
    <w:name w:val="Medium Grid 1 Accent 3"/>
    <w:basedOn w:val="Tabellanorma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media1-Colore4">
    <w:name w:val="Medium Grid 1 Accent 4"/>
    <w:basedOn w:val="Tabellanorma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media1-Colore5">
    <w:name w:val="Medium Grid 1 Accent 5"/>
    <w:basedOn w:val="Tabellanorma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media1-Colore6">
    <w:name w:val="Medium Grid 1 Accent 6"/>
    <w:basedOn w:val="Tabellanorma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gliamedia2">
    <w:name w:val="Medium Grid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gliamedia2-Colore1">
    <w:name w:val="Medium Grid 2 Accent 1"/>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gliamedia2-Colore2">
    <w:name w:val="Medium Grid 2 Accent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gliamedia2-Colore3">
    <w:name w:val="Medium Grid 2 Accent 3"/>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gliamedia2-Colore4">
    <w:name w:val="Medium Grid 2 Accent 4"/>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gliamedia2-Colore5">
    <w:name w:val="Medium Grid 2 Accent 5"/>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gliamedia2-Colore6">
    <w:name w:val="Medium Grid 2 Accent 6"/>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gliamedia3">
    <w:name w:val="Medium Grid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gliamedia3-Colore1">
    <w:name w:val="Medium Grid 3 Accent 1"/>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gliamedia3-Colore2">
    <w:name w:val="Medium Grid 3 Accent 2"/>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gliamedia3-Colore3">
    <w:name w:val="Medium Grid 3 Accent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gliamedia3-Colore4">
    <w:name w:val="Medium Grid 3 Accent 4"/>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gliamedia3-Colore5">
    <w:name w:val="Medium Grid 3 Accent 5"/>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gliamedia3-Colore6">
    <w:name w:val="Medium Grid 3 Accent 6"/>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Elencoscuro">
    <w:name w:val="Dark List"/>
    <w:basedOn w:val="Tabellanorma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Elencoscuro-Colore1">
    <w:name w:val="Dark List Accent 1"/>
    <w:basedOn w:val="Tabellanorma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Elencoscuro-Colore2">
    <w:name w:val="Dark List Accent 2"/>
    <w:basedOn w:val="Tabellanorma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Elencoscuro-Colore3">
    <w:name w:val="Dark List Accent 3"/>
    <w:basedOn w:val="Tabellanorma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Elencoscuro-Colore4">
    <w:name w:val="Dark List Accent 4"/>
    <w:basedOn w:val="Tabellanorma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Elencoscuro-Colore5">
    <w:name w:val="Dark List Accent 5"/>
    <w:basedOn w:val="Tabellanorma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Elencoscuro-Colore6">
    <w:name w:val="Dark List Accent 6"/>
    <w:basedOn w:val="Tabellanorma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fondoacolori">
    <w:name w:val="Colorful Shading"/>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fondoacolori-Colore1">
    <w:name w:val="Colorful Shading Accent 1"/>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fondoacolori-Colore2">
    <w:name w:val="Colorful Shading Accent 2"/>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fondoacolori-Colore3">
    <w:name w:val="Colorful Shading Accent 3"/>
    <w:basedOn w:val="Tabellanorma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fondoacolori-Colore4">
    <w:name w:val="Colorful Shading Accent 4"/>
    <w:basedOn w:val="Tabellanorma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fondoacolori-Colore5">
    <w:name w:val="Colorful Shading Accent 5"/>
    <w:basedOn w:val="Tabellanorma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fondoacolori-Colore6">
    <w:name w:val="Colorful Shading Accent 6"/>
    <w:basedOn w:val="Tabellanorma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Elencoacolori">
    <w:name w:val="Colorful List"/>
    <w:basedOn w:val="Tabellanorma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Elencoacolori-Colore1">
    <w:name w:val="Colorful List Accent 1"/>
    <w:basedOn w:val="Tabellanorma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Elencoacolori-Colore2">
    <w:name w:val="Colorful List Accent 2"/>
    <w:basedOn w:val="Tabellanorma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Elencoacolori-Colore3">
    <w:name w:val="Colorful List Accent 3"/>
    <w:basedOn w:val="Tabellanorma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Elencoacolori-Colore4">
    <w:name w:val="Colorful List Accent 4"/>
    <w:basedOn w:val="Tabellanorma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Elencoacolori-Colore5">
    <w:name w:val="Colorful List Accent 5"/>
    <w:basedOn w:val="Tabellanorma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Elencoacolori-Colore6">
    <w:name w:val="Colorful List Accent 6"/>
    <w:basedOn w:val="Tabellanorma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gliaacolori">
    <w:name w:val="Colorful Grid"/>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acolori-Colore1">
    <w:name w:val="Colorful Grid Accent 1"/>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acolori-Colore2">
    <w:name w:val="Colorful Grid Accent 2"/>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acolori-Colore3">
    <w:name w:val="Colorful Grid Accent 3"/>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acolori-Colore4">
    <w:name w:val="Colorful Grid Accent 4"/>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acolori-Colore5">
    <w:name w:val="Colorful Grid Accent 5"/>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acolori-Colore6">
    <w:name w:val="Colorful Grid Accent 6"/>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eWeb">
    <w:name w:val="Normal (Web)"/>
    <w:basedOn w:val="Normale"/>
    <w:uiPriority w:val="99"/>
    <w:semiHidden/>
    <w:unhideWhenUsed/>
    <w:rsid w:val="00162253"/>
    <w:pPr>
      <w:spacing w:before="100" w:beforeAutospacing="1" w:after="100" w:afterAutospacing="1" w:line="240" w:lineRule="auto"/>
    </w:pPr>
    <w:rPr>
      <w:rFonts w:ascii="Times New Roman" w:eastAsia="Times New Roman" w:hAnsi="Times New Roman" w:cs="Times New Roman"/>
      <w:sz w:val="24"/>
      <w:szCs w:val="24"/>
      <w:lang w:val="it-IT"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Pages>
  <Words>707</Words>
  <Characters>4030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4728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Katja</cp:lastModifiedBy>
  <cp:revision>10</cp:revision>
  <dcterms:created xsi:type="dcterms:W3CDTF">2013-12-23T23:15:00Z</dcterms:created>
  <dcterms:modified xsi:type="dcterms:W3CDTF">2026-11-02T05:56:00Z</dcterms:modified>
  <cp:category/>
</cp:coreProperties>
</file>