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6051" w14:textId="4C310CA3" w:rsidR="00BD021B" w:rsidRPr="00955CB6" w:rsidRDefault="00955CB6" w:rsidP="00955CB6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55CB6">
        <w:rPr>
          <w:rFonts w:ascii="Times New Roman" w:hAnsi="Times New Roman" w:cs="Times New Roman"/>
          <w:color w:val="auto"/>
          <w:sz w:val="24"/>
          <w:szCs w:val="24"/>
        </w:rPr>
        <w:t>Al Dirigente Scolastico</w:t>
      </w:r>
    </w:p>
    <w:p w14:paraId="7A883884" w14:textId="253825F9" w:rsidR="00955CB6" w:rsidRPr="00955CB6" w:rsidRDefault="00955CB6" w:rsidP="00955CB6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55CB6">
        <w:rPr>
          <w:rFonts w:ascii="Times New Roman" w:hAnsi="Times New Roman" w:cs="Times New Roman"/>
          <w:color w:val="auto"/>
          <w:sz w:val="24"/>
          <w:szCs w:val="24"/>
        </w:rPr>
        <w:t>Prof. Giulio Comerci</w:t>
      </w:r>
    </w:p>
    <w:p w14:paraId="377D935A" w14:textId="77777777" w:rsidR="00955CB6" w:rsidRPr="00955CB6" w:rsidRDefault="00955CB6">
      <w:pPr>
        <w:spacing w:after="36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4CA4C3C" w14:textId="54F5CFDD" w:rsidR="006E6107" w:rsidRPr="006E6107" w:rsidRDefault="006E6107" w:rsidP="006E6107">
      <w:pPr>
        <w:spacing w:after="36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DICHIARAZIONE DI ADESIONE/NON ADESIONE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 xml:space="preserve"> - </w:t>
      </w:r>
      <w:r w:rsidRPr="006E6107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ASSEMBLEA SINDACALE IN ORARIO DI SERVIZIO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 xml:space="preserve"> - </w:t>
      </w:r>
      <w:r w:rsidRPr="006E6107">
        <w:rPr>
          <w:rFonts w:ascii="Times New Roman" w:hAnsi="Times New Roman" w:cs="Times New Roman"/>
          <w:b/>
          <w:bCs/>
          <w:color w:val="auto"/>
          <w:sz w:val="24"/>
          <w:szCs w:val="24"/>
          <w:lang w:val="it-IT"/>
        </w:rPr>
        <w:t>DOCENTI DI RELIGIONE CATTOLICA</w:t>
      </w:r>
    </w:p>
    <w:p w14:paraId="60C77242" w14:textId="77777777" w:rsidR="006E6107" w:rsidRDefault="006E6107" w:rsidP="006E6107">
      <w:pPr>
        <w:spacing w:after="0" w:line="36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Il/La sottoscritto/a ______________________________________________,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br/>
        <w:t xml:space="preserve">in qualità di Docente di Religione Cattolica, con contratto di lavoro a tempo </w:t>
      </w:r>
    </w:p>
    <w:p w14:paraId="3FDB8CD0" w14:textId="713C9020" w:rsidR="006E6107" w:rsidRPr="006E6107" w:rsidRDefault="006E6107" w:rsidP="006E6107">
      <w:pPr>
        <w:spacing w:after="0" w:line="36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Segoe UI Symbol" w:hAnsi="Segoe UI Symbol" w:cs="Segoe UI Symbol"/>
          <w:bCs/>
          <w:color w:val="auto"/>
          <w:sz w:val="24"/>
          <w:szCs w:val="24"/>
          <w:lang w:val="it-IT"/>
        </w:rPr>
        <w:t>☐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Determinato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 </w:t>
      </w:r>
      <w:r w:rsidRPr="006E6107">
        <w:rPr>
          <w:rFonts w:ascii="Segoe UI Symbol" w:hAnsi="Segoe UI Symbol" w:cs="Segoe UI Symbol"/>
          <w:bCs/>
          <w:color w:val="auto"/>
          <w:sz w:val="24"/>
          <w:szCs w:val="24"/>
          <w:lang w:val="it-IT"/>
        </w:rPr>
        <w:t>☐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Indeterminato,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br/>
        <w:t>in servizio presso codesto Istituto, Plesso ____________________________________________,</w:t>
      </w:r>
    </w:p>
    <w:p w14:paraId="64B5DA6E" w14:textId="77777777" w:rsidR="006E6107" w:rsidRPr="006E6107" w:rsidRDefault="006E6107" w:rsidP="006E6107">
      <w:pPr>
        <w:spacing w:after="0" w:line="360" w:lineRule="auto"/>
        <w:jc w:val="center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DICHIARA</w:t>
      </w:r>
    </w:p>
    <w:p w14:paraId="2F89AA1E" w14:textId="741C1DE2" w:rsidR="006E6107" w:rsidRPr="006E6107" w:rsidRDefault="006E6107" w:rsidP="006E6107">
      <w:pPr>
        <w:spacing w:after="0" w:line="36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di </w:t>
      </w:r>
      <w:r w:rsidRPr="006E6107">
        <w:rPr>
          <w:rFonts w:ascii="Segoe UI Symbol" w:hAnsi="Segoe UI Symbol" w:cs="Segoe UI Symbol"/>
          <w:bCs/>
          <w:color w:val="auto"/>
          <w:sz w:val="24"/>
          <w:szCs w:val="24"/>
          <w:lang w:val="it-IT"/>
        </w:rPr>
        <w:t>☐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 aderire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 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 </w:t>
      </w:r>
      <w:r w:rsidRPr="006E6107">
        <w:rPr>
          <w:rFonts w:ascii="Segoe UI Symbol" w:hAnsi="Segoe UI Symbol" w:cs="Segoe UI Symbol"/>
          <w:bCs/>
          <w:color w:val="auto"/>
          <w:sz w:val="24"/>
          <w:szCs w:val="24"/>
          <w:lang w:val="it-IT"/>
        </w:rPr>
        <w:t>☐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 non aderire all’assemblea sindacale indetta dall’organizzazione sindacale Gilda – Unams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 - SNADIR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, prevista per 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V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enerdì 16 </w:t>
      </w:r>
      <w:r w:rsidR="0006447B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O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ttobre 2026, dalle ore 11:00 alle ore 13:00, in orario di servizio.</w:t>
      </w:r>
    </w:p>
    <w:p w14:paraId="4F5019EA" w14:textId="77777777" w:rsidR="006E6107" w:rsidRPr="006E6107" w:rsidRDefault="006E6107" w:rsidP="006E6107">
      <w:pPr>
        <w:spacing w:after="0" w:line="36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In caso di adesione, il/la sottoscritto/a chiede di poter usufruire del permesso retribuito previsto dalla normativa vigente e dal CCNL di riferimento per la partecipazione alle assemblee sindacali in orario di lavoro.</w:t>
      </w:r>
    </w:p>
    <w:p w14:paraId="4EFEF7C1" w14:textId="77777777" w:rsidR="006E6107" w:rsidRPr="006E6107" w:rsidRDefault="006E6107" w:rsidP="006E6107">
      <w:pPr>
        <w:spacing w:after="0" w:line="36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La presente dichiarazione viene resa ai fini della predisposizione del servizio e degli adempimenti organizzativi conseguenti.</w:t>
      </w:r>
    </w:p>
    <w:p w14:paraId="26738779" w14:textId="5EE0CAA3" w:rsidR="006E6107" w:rsidRPr="006E6107" w:rsidRDefault="006E6107" w:rsidP="006E6107">
      <w:pPr>
        <w:spacing w:after="0" w:line="36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Catanzaro,</w:t>
      </w: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 xml:space="preserve"> ____ / ____ / ________</w:t>
      </w:r>
    </w:p>
    <w:p w14:paraId="3920F710" w14:textId="77777777" w:rsidR="006E6107" w:rsidRPr="006E6107" w:rsidRDefault="006E6107" w:rsidP="006E6107">
      <w:pPr>
        <w:spacing w:after="360"/>
        <w:jc w:val="right"/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</w:pPr>
      <w:r w:rsidRPr="006E6107">
        <w:rPr>
          <w:rFonts w:ascii="Times New Roman" w:hAnsi="Times New Roman" w:cs="Times New Roman"/>
          <w:bCs/>
          <w:color w:val="auto"/>
          <w:sz w:val="24"/>
          <w:szCs w:val="24"/>
          <w:lang w:val="it-IT"/>
        </w:rPr>
        <w:t>Firma del/della docente</w:t>
      </w:r>
    </w:p>
    <w:p w14:paraId="4C962632" w14:textId="77777777" w:rsidR="00F26E03" w:rsidRPr="006E6107" w:rsidRDefault="00F26E03" w:rsidP="006E6107">
      <w:pPr>
        <w:spacing w:after="360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sectPr w:rsidR="00F26E03" w:rsidRPr="006E610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0149373">
    <w:abstractNumId w:val="8"/>
  </w:num>
  <w:num w:numId="2" w16cid:durableId="1548296885">
    <w:abstractNumId w:val="6"/>
  </w:num>
  <w:num w:numId="3" w16cid:durableId="114452151">
    <w:abstractNumId w:val="5"/>
  </w:num>
  <w:num w:numId="4" w16cid:durableId="1105539218">
    <w:abstractNumId w:val="4"/>
  </w:num>
  <w:num w:numId="5" w16cid:durableId="1534270342">
    <w:abstractNumId w:val="7"/>
  </w:num>
  <w:num w:numId="6" w16cid:durableId="188491500">
    <w:abstractNumId w:val="3"/>
  </w:num>
  <w:num w:numId="7" w16cid:durableId="171839285">
    <w:abstractNumId w:val="2"/>
  </w:num>
  <w:num w:numId="8" w16cid:durableId="1876699540">
    <w:abstractNumId w:val="1"/>
  </w:num>
  <w:num w:numId="9" w16cid:durableId="197598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47B"/>
    <w:rsid w:val="0015074B"/>
    <w:rsid w:val="0029639D"/>
    <w:rsid w:val="00326F90"/>
    <w:rsid w:val="006E6107"/>
    <w:rsid w:val="00917807"/>
    <w:rsid w:val="00955CB6"/>
    <w:rsid w:val="00AA1D8D"/>
    <w:rsid w:val="00B47730"/>
    <w:rsid w:val="00BD021B"/>
    <w:rsid w:val="00CB0664"/>
    <w:rsid w:val="00E24DF9"/>
    <w:rsid w:val="00F26E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1B4A5"/>
  <w14:defaultImageDpi w14:val="300"/>
  <w15:docId w15:val="{513110D2-FA24-42BE-91A4-DA4845F08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color w:val="2222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Katja</cp:lastModifiedBy>
  <cp:revision>4</cp:revision>
  <dcterms:created xsi:type="dcterms:W3CDTF">2013-12-23T23:15:00Z</dcterms:created>
  <dcterms:modified xsi:type="dcterms:W3CDTF">2026-10-08T13:49:00Z</dcterms:modified>
  <cp:category/>
</cp:coreProperties>
</file>